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Cambria" w:hAnsi="Cambria"/>
          <w:b/>
          <w:i w:val="0"/>
          <w:color w:val="1A1A1A"/>
          <w:sz w:val="34"/>
        </w:rPr>
        <w:t>Cinq courriers types</w:t>
      </w:r>
    </w:p>
    <w:p>
      <w:pPr>
        <w:spacing w:before="0" w:after="200"/>
        <w:jc w:val="center"/>
      </w:pPr>
      <w:r>
        <w:rPr>
          <w:rFonts w:ascii="Calibri" w:hAnsi="Calibri"/>
          <w:b w:val="0"/>
          <w:i/>
          <w:color w:val="777777"/>
          <w:sz w:val="20"/>
        </w:rPr>
        <w:t>Modèle offert · Support documentaire ecclésiastique, Centre Alèthéia</w:t>
      </w:r>
    </w:p>
    <w:p>
      <w:pPr>
        <w:spacing w:before="0" w:after="80"/>
        <w:jc w:val="both"/>
      </w:pPr>
      <w:r>
        <w:rPr>
          <w:rFonts w:ascii="Calibri" w:hAnsi="Calibri"/>
          <w:b w:val="0"/>
          <w:i w:val="0"/>
          <w:color w:val="1A1A1A"/>
          <w:sz w:val="22"/>
        </w:rPr>
        <w:t>Ces cinq lettres sont celles qu’une œuvre finit toujours par devoir écrire. Chacune tient en une page, porte sa date et son numéro, et vous laisse remplir ce qui vous appartient : tout ce qui est écrit en gris et entre crochets se remplace.</w:t>
      </w:r>
    </w:p>
    <w:p>
      <w:pPr>
        <w:spacing w:before="180" w:after="60"/>
      </w:pPr>
      <w:r>
        <w:rPr>
          <w:rFonts w:ascii="Calibri" w:hAnsi="Calibri"/>
          <w:b/>
          <w:i w:val="0"/>
          <w:color w:val="1A1A1A"/>
          <w:sz w:val="20"/>
        </w:rPr>
        <w:t>COMMENT S’EN SERVIR</w:t>
      </w:r>
    </w:p>
    <w:p>
      <w:pPr>
        <w:pStyle w:val="ListBullet"/>
        <w:spacing w:after="60"/>
      </w:pPr>
      <w:r>
        <w:rPr>
          <w:rFonts w:ascii="Calibri" w:hAnsi="Calibri"/>
          <w:color w:val="777777"/>
          <w:sz w:val="19"/>
        </w:rPr>
        <w:t>Gardez le numéro et la date : c’est par eux qu’on retrouve une lettre deux ans plus tard.</w:t>
      </w:r>
    </w:p>
    <w:p>
      <w:pPr>
        <w:pStyle w:val="ListBullet"/>
        <w:spacing w:after="60"/>
      </w:pPr>
      <w:r>
        <w:rPr>
          <w:rFonts w:ascii="Calibri" w:hAnsi="Calibri"/>
          <w:color w:val="777777"/>
          <w:sz w:val="19"/>
        </w:rPr>
        <w:t>Tenez un cahier ou un tableau où vous notez chaque courrier envoyé, avec son numéro.</w:t>
      </w:r>
    </w:p>
    <w:p>
      <w:pPr>
        <w:pStyle w:val="ListBullet"/>
        <w:spacing w:after="60"/>
      </w:pPr>
      <w:r>
        <w:rPr>
          <w:rFonts w:ascii="Calibri" w:hAnsi="Calibri"/>
          <w:color w:val="777777"/>
          <w:sz w:val="19"/>
        </w:rPr>
        <w:t>Une lettre qui engage l’œuvre se signe par celui qui a qualité pour l’engager.</w:t>
      </w:r>
    </w:p>
    <w:p>
      <w:pPr>
        <w:pStyle w:val="ListBullet"/>
        <w:spacing w:after="60"/>
      </w:pPr>
      <w:r>
        <w:rPr>
          <w:rFonts w:ascii="Calibri" w:hAnsi="Calibri"/>
          <w:color w:val="777777"/>
          <w:sz w:val="19"/>
        </w:rPr>
        <w:t>Envoyez le PDF, gardez le Word : c’est lui qui vous servira la fois suivante.</w:t>
      </w:r>
    </w:p>
    <w:p>
      <w:pPr>
        <w:spacing w:before="0" w:after="120"/>
      </w:pPr>
    </w:p>
    <w:p>
      <w:pPr>
        <w:spacing w:before="40" w:after="120"/>
        <w:pBdr>
          <w:bottom w:val="single" w:sz="6" w:space="1" w:color="BBBBBB"/>
        </w:pBdr>
      </w:pPr>
    </w:p>
    <w:p>
      <w:pPr>
        <w:spacing w:before="0" w:after="0"/>
      </w:pPr>
      <w:r>
        <w:rPr>
          <w:rFonts w:ascii="Calibri" w:hAnsi="Calibri"/>
          <w:b w:val="0"/>
          <w:i/>
          <w:color w:val="777777"/>
          <w:sz w:val="17"/>
        </w:rPr>
        <w:t>Modèle offert par le Centre Alèthéia, support documentaire ecclésiastique. Vous pouvez le modifier, l’imprimer et le donner à une autre œuvre.</w:t>
      </w:r>
    </w:p>
    <w:p>
      <w:r>
        <w:br w:type="page"/>
      </w:r>
    </w:p>
    <w:p>
      <w:pPr>
        <w:spacing w:before="0" w:after="160"/>
      </w:pPr>
      <w:r>
        <w:rPr>
          <w:rFonts w:ascii="Calibri" w:hAnsi="Calibri"/>
          <w:b/>
          <w:i w:val="0"/>
          <w:color w:val="777777"/>
          <w:sz w:val="20"/>
        </w:rPr>
        <w:t>1. DEMANDE D’APPUI</w:t>
      </w:r>
    </w:p>
    <w:p>
      <w:pPr>
        <w:spacing w:before="0" w:after="0"/>
      </w:pPr>
      <w:r>
        <w:rPr>
          <w:rFonts w:ascii="Calibri" w:hAnsi="Calibri"/>
          <w:i/>
          <w:color w:val="777777"/>
          <w:sz w:val="26"/>
        </w:rPr>
        <w:t>[NOM DE L’ŒUVRE]</w:t>
      </w:r>
    </w:p>
    <w:p>
      <w:pPr>
        <w:spacing w:before="0" w:after="0"/>
      </w:pPr>
      <w:r>
        <w:rPr>
          <w:rFonts w:ascii="Calibri" w:hAnsi="Calibri"/>
          <w:i/>
          <w:color w:val="777777"/>
          <w:sz w:val="18"/>
        </w:rPr>
        <w:t>[Statut, adresse, boîte postale]</w:t>
      </w:r>
    </w:p>
    <w:p>
      <w:pPr>
        <w:spacing w:before="0" w:after="0"/>
      </w:pPr>
      <w:r>
        <w:rPr>
          <w:rFonts w:ascii="Calibri" w:hAnsi="Calibri"/>
          <w:i/>
          <w:color w:val="777777"/>
          <w:sz w:val="18"/>
        </w:rPr>
        <w:t>[Téléphone]</w:t>
      </w:r>
      <w:r>
        <w:rPr>
          <w:rFonts w:ascii="Calibri" w:hAnsi="Calibri"/>
          <w:i w:val="0"/>
          <w:color w:val="1A1A1A"/>
          <w:sz w:val="18"/>
        </w:rPr>
        <w:t xml:space="preserve">  ·  </w:t>
      </w:r>
      <w:r>
        <w:rPr>
          <w:rFonts w:ascii="Calibri" w:hAnsi="Calibri"/>
          <w:i/>
          <w:color w:val="777777"/>
          <w:sz w:val="18"/>
        </w:rPr>
        <w:t>[Courriel]</w:t>
      </w:r>
    </w:p>
    <w:p>
      <w:pPr>
        <w:spacing w:before="40" w:after="120"/>
        <w:pBdr>
          <w:bottom w:val="single" w:sz="6" w:space="1" w:color="BBBBBB"/>
        </w:pBdr>
      </w:pPr>
    </w:p>
    <w:p>
      <w:pPr>
        <w:spacing w:before="0" w:after="200"/>
      </w:pPr>
      <w:r>
        <w:rPr>
          <w:rFonts w:ascii="Calibri" w:hAnsi="Calibri"/>
          <w:i w:val="0"/>
          <w:color w:val="1A1A1A"/>
          <w:sz w:val="20"/>
        </w:rPr>
        <w:t xml:space="preserve">N° </w:t>
      </w:r>
      <w:r>
        <w:rPr>
          <w:rFonts w:ascii="Calibri" w:hAnsi="Calibri"/>
          <w:i/>
          <w:color w:val="777777"/>
          <w:sz w:val="20"/>
        </w:rPr>
        <w:t>[numéro]</w:t>
      </w:r>
      <w:r>
        <w:rPr>
          <w:rFonts w:ascii="Calibri" w:hAnsi="Calibri"/>
          <w:i w:val="0"/>
          <w:color w:val="1A1A1A"/>
          <w:sz w:val="20"/>
        </w:rPr>
        <w:t xml:space="preserve"> / </w:t>
      </w:r>
      <w:r>
        <w:rPr>
          <w:rFonts w:ascii="Calibri" w:hAnsi="Calibri"/>
          <w:i/>
          <w:color w:val="777777"/>
          <w:sz w:val="20"/>
        </w:rPr>
        <w:t>[année]</w:t>
      </w:r>
      <w:r>
        <w:rPr>
          <w:rFonts w:ascii="Calibri" w:hAnsi="Calibri"/>
          <w:i w:val="0"/>
          <w:color w:val="1A1A1A"/>
          <w:sz w:val="20"/>
        </w:rPr>
        <w:t xml:space="preserve">        Date : </w:t>
      </w:r>
      <w:r>
        <w:rPr>
          <w:rFonts w:ascii="Calibri" w:hAnsi="Calibri"/>
          <w:i/>
          <w:color w:val="777777"/>
          <w:sz w:val="20"/>
        </w:rPr>
        <w:t>[jour mois année]</w:t>
      </w:r>
    </w:p>
    <w:p>
      <w:pPr>
        <w:spacing w:before="0" w:after="200"/>
        <w:jc w:val="right"/>
      </w:pPr>
      <w:r>
        <w:rPr>
          <w:rFonts w:ascii="Calibri" w:hAnsi="Calibri"/>
          <w:i/>
          <w:color w:val="777777"/>
          <w:sz w:val="20"/>
        </w:rPr>
        <w:t>[Ville]</w:t>
      </w:r>
      <w:r>
        <w:rPr>
          <w:rFonts w:ascii="Calibri" w:hAnsi="Calibri"/>
          <w:i w:val="0"/>
          <w:color w:val="1A1A1A"/>
          <w:sz w:val="20"/>
        </w:rPr>
        <w:t xml:space="preserve">, le </w:t>
      </w:r>
      <w:r>
        <w:rPr>
          <w:rFonts w:ascii="Calibri" w:hAnsi="Calibri"/>
          <w:i/>
          <w:color w:val="777777"/>
          <w:sz w:val="20"/>
        </w:rPr>
        <w:t>[jour mois année]</w:t>
      </w:r>
    </w:p>
    <w:p>
      <w:pPr>
        <w:spacing w:before="0" w:after="0"/>
        <w:jc w:val="right"/>
      </w:pPr>
      <w:r>
        <w:rPr>
          <w:rFonts w:ascii="Calibri" w:hAnsi="Calibri"/>
          <w:i/>
          <w:color w:val="777777"/>
          <w:sz w:val="21"/>
        </w:rPr>
        <w:t>[Nom du destinataire]</w:t>
      </w:r>
    </w:p>
    <w:p>
      <w:pPr>
        <w:spacing w:before="0" w:after="0"/>
        <w:jc w:val="right"/>
      </w:pPr>
      <w:r>
        <w:rPr>
          <w:rFonts w:ascii="Calibri" w:hAnsi="Calibri"/>
          <w:i/>
          <w:color w:val="777777"/>
          <w:sz w:val="21"/>
        </w:rPr>
        <w:t>[Fonction]</w:t>
      </w:r>
    </w:p>
    <w:p>
      <w:pPr>
        <w:spacing w:before="0" w:after="0"/>
        <w:jc w:val="right"/>
      </w:pPr>
      <w:r>
        <w:rPr>
          <w:rFonts w:ascii="Calibri" w:hAnsi="Calibri"/>
          <w:i/>
          <w:color w:val="777777"/>
          <w:sz w:val="21"/>
        </w:rPr>
        <w:t>[Structure]</w:t>
      </w:r>
    </w:p>
    <w:p>
      <w:pPr>
        <w:spacing w:before="0" w:after="0"/>
        <w:jc w:val="right"/>
      </w:pPr>
      <w:r>
        <w:rPr>
          <w:rFonts w:ascii="Calibri" w:hAnsi="Calibri"/>
          <w:i/>
          <w:color w:val="777777"/>
          <w:sz w:val="21"/>
        </w:rPr>
        <w:t>[Adresse]</w:t>
      </w:r>
    </w:p>
    <w:p>
      <w:pPr>
        <w:spacing w:before="0" w:after="200"/>
      </w:pPr>
    </w:p>
    <w:p>
      <w:pPr>
        <w:spacing w:after="240"/>
      </w:pPr>
      <w:r>
        <w:rPr>
          <w:rFonts w:ascii="Calibri" w:hAnsi="Calibri"/>
          <w:b/>
        </w:rPr>
        <w:t xml:space="preserve">Objet : </w:t>
      </w:r>
      <w:r>
        <w:rPr>
          <w:rFonts w:ascii="Calibri" w:hAnsi="Calibri"/>
        </w:rPr>
        <w:t>Demande d’appui pour [nom du projet ou de l’activité]</w:t>
      </w:r>
    </w:p>
    <w:p>
      <w:pPr>
        <w:spacing w:before="0" w:after="160"/>
        <w:jc w:val="both"/>
      </w:pPr>
      <w:r>
        <w:rPr>
          <w:rFonts w:ascii="Calibri" w:hAnsi="Calibri"/>
          <w:i w:val="0"/>
          <w:color w:val="1A1A1A"/>
          <w:sz w:val="22"/>
        </w:rPr>
        <w:t xml:space="preserve">Monsieur le / Madame la </w:t>
      </w:r>
      <w:r>
        <w:rPr>
          <w:rFonts w:ascii="Calibri" w:hAnsi="Calibri"/>
          <w:i/>
          <w:color w:val="777777"/>
          <w:sz w:val="22"/>
        </w:rPr>
        <w:t>[qualité du destinataire]</w:t>
      </w:r>
      <w:r>
        <w:rPr>
          <w:rFonts w:ascii="Calibri" w:hAnsi="Calibri"/>
          <w:i w:val="0"/>
          <w:color w:val="1A1A1A"/>
          <w:sz w:val="22"/>
        </w:rPr>
        <w:t>,</w:t>
      </w:r>
    </w:p>
    <w:p>
      <w:pPr>
        <w:spacing w:before="0" w:after="160"/>
        <w:jc w:val="both"/>
      </w:pPr>
      <w:r>
        <w:rPr>
          <w:rFonts w:ascii="Calibri" w:hAnsi="Calibri"/>
          <w:i w:val="0"/>
          <w:color w:val="1A1A1A"/>
          <w:sz w:val="22"/>
        </w:rPr>
        <w:t xml:space="preserve">Notre œuvre, </w:t>
      </w:r>
      <w:r>
        <w:rPr>
          <w:rFonts w:ascii="Calibri" w:hAnsi="Calibri"/>
          <w:i/>
          <w:color w:val="777777"/>
          <w:sz w:val="22"/>
        </w:rPr>
        <w:t>[nom de l’œuvre]</w:t>
      </w:r>
      <w:r>
        <w:rPr>
          <w:rFonts w:ascii="Calibri" w:hAnsi="Calibri"/>
          <w:i w:val="0"/>
          <w:color w:val="1A1A1A"/>
          <w:sz w:val="22"/>
        </w:rPr>
        <w:t xml:space="preserve">, travaille depuis </w:t>
      </w:r>
      <w:r>
        <w:rPr>
          <w:rFonts w:ascii="Calibri" w:hAnsi="Calibri"/>
          <w:i/>
          <w:color w:val="777777"/>
          <w:sz w:val="22"/>
        </w:rPr>
        <w:t>[année]</w:t>
      </w:r>
      <w:r>
        <w:rPr>
          <w:rFonts w:ascii="Calibri" w:hAnsi="Calibri"/>
          <w:i w:val="0"/>
          <w:color w:val="1A1A1A"/>
          <w:sz w:val="22"/>
        </w:rPr>
        <w:t xml:space="preserve"> à </w:t>
      </w:r>
      <w:r>
        <w:rPr>
          <w:rFonts w:ascii="Calibri" w:hAnsi="Calibri"/>
          <w:i/>
          <w:color w:val="777777"/>
          <w:sz w:val="22"/>
        </w:rPr>
        <w:t>[ville ou champ]</w:t>
      </w:r>
      <w:r>
        <w:rPr>
          <w:rFonts w:ascii="Calibri" w:hAnsi="Calibri"/>
          <w:i w:val="0"/>
          <w:color w:val="1A1A1A"/>
          <w:sz w:val="22"/>
        </w:rPr>
        <w:t xml:space="preserve">. Elle y </w:t>
      </w:r>
      <w:r>
        <w:rPr>
          <w:rFonts w:ascii="Calibri" w:hAnsi="Calibri"/>
          <w:i/>
          <w:color w:val="777777"/>
          <w:sz w:val="22"/>
        </w:rPr>
        <w:t>[dire en une phrase ce que l’œuvre fait, et pour qui]</w:t>
      </w:r>
      <w:r>
        <w:rPr>
          <w:rFonts w:ascii="Calibri" w:hAnsi="Calibri"/>
          <w:i w:val="0"/>
          <w:color w:val="1A1A1A"/>
          <w:sz w:val="22"/>
        </w:rPr>
        <w:t>.</w:t>
      </w:r>
    </w:p>
    <w:p>
      <w:pPr>
        <w:spacing w:before="0" w:after="160"/>
        <w:jc w:val="both"/>
      </w:pPr>
      <w:r>
        <w:rPr>
          <w:rFonts w:ascii="Calibri" w:hAnsi="Calibri"/>
          <w:i w:val="0"/>
          <w:color w:val="1A1A1A"/>
          <w:sz w:val="22"/>
        </w:rPr>
        <w:t xml:space="preserve">Nous préparons </w:t>
      </w:r>
      <w:r>
        <w:rPr>
          <w:rFonts w:ascii="Calibri" w:hAnsi="Calibri"/>
          <w:i/>
          <w:color w:val="777777"/>
          <w:sz w:val="22"/>
        </w:rPr>
        <w:t>[nom du projet]</w:t>
      </w:r>
      <w:r>
        <w:rPr>
          <w:rFonts w:ascii="Calibri" w:hAnsi="Calibri"/>
          <w:i w:val="0"/>
          <w:color w:val="1A1A1A"/>
          <w:sz w:val="22"/>
        </w:rPr>
        <w:t xml:space="preserve">, qui se tiendra </w:t>
      </w:r>
      <w:r>
        <w:rPr>
          <w:rFonts w:ascii="Calibri" w:hAnsi="Calibri"/>
          <w:i/>
          <w:color w:val="777777"/>
          <w:sz w:val="22"/>
        </w:rPr>
        <w:t>[date ou période]</w:t>
      </w:r>
      <w:r>
        <w:rPr>
          <w:rFonts w:ascii="Calibri" w:hAnsi="Calibri"/>
          <w:i w:val="0"/>
          <w:color w:val="1A1A1A"/>
          <w:sz w:val="22"/>
        </w:rPr>
        <w:t xml:space="preserve"> à </w:t>
      </w:r>
      <w:r>
        <w:rPr>
          <w:rFonts w:ascii="Calibri" w:hAnsi="Calibri"/>
          <w:i/>
          <w:color w:val="777777"/>
          <w:sz w:val="22"/>
        </w:rPr>
        <w:t>[lieu]</w:t>
      </w:r>
      <w:r>
        <w:rPr>
          <w:rFonts w:ascii="Calibri" w:hAnsi="Calibri"/>
          <w:i w:val="0"/>
          <w:color w:val="1A1A1A"/>
          <w:sz w:val="22"/>
        </w:rPr>
        <w:t xml:space="preserve">. Il s’agit de </w:t>
      </w:r>
      <w:r>
        <w:rPr>
          <w:rFonts w:ascii="Calibri" w:hAnsi="Calibri"/>
          <w:i/>
          <w:color w:val="777777"/>
          <w:sz w:val="22"/>
        </w:rPr>
        <w:t>[dire en deux phrases ce qui est prévu et combien de personnes sont attendues]</w:t>
      </w:r>
      <w:r>
        <w:rPr>
          <w:rFonts w:ascii="Calibri" w:hAnsi="Calibri"/>
          <w:i w:val="0"/>
          <w:color w:val="1A1A1A"/>
          <w:sz w:val="22"/>
        </w:rPr>
        <w:t>.</w:t>
      </w:r>
    </w:p>
    <w:p>
      <w:pPr>
        <w:spacing w:before="0" w:after="160"/>
        <w:jc w:val="both"/>
      </w:pPr>
      <w:r>
        <w:rPr>
          <w:rFonts w:ascii="Calibri" w:hAnsi="Calibri"/>
          <w:i w:val="0"/>
          <w:color w:val="1A1A1A"/>
          <w:sz w:val="22"/>
        </w:rPr>
        <w:t xml:space="preserve">Pour le mener à bien, il nous manque </w:t>
      </w:r>
      <w:r>
        <w:rPr>
          <w:rFonts w:ascii="Calibri" w:hAnsi="Calibri"/>
          <w:i/>
          <w:color w:val="777777"/>
          <w:sz w:val="22"/>
        </w:rPr>
        <w:t>[dire précisément ce qui manque : un montant, un matériel, un local, des compétences]</w:t>
      </w:r>
      <w:r>
        <w:rPr>
          <w:rFonts w:ascii="Calibri" w:hAnsi="Calibri"/>
          <w:i w:val="0"/>
          <w:color w:val="1A1A1A"/>
          <w:sz w:val="22"/>
        </w:rPr>
        <w:t>. C’est la raison pour laquelle nous nous tournons vers vous.</w:t>
      </w:r>
    </w:p>
    <w:p>
      <w:pPr>
        <w:spacing w:before="0" w:after="160"/>
        <w:jc w:val="both"/>
      </w:pPr>
      <w:r>
        <w:rPr>
          <w:rFonts w:ascii="Calibri" w:hAnsi="Calibri"/>
          <w:i w:val="0"/>
          <w:color w:val="1A1A1A"/>
          <w:sz w:val="22"/>
        </w:rPr>
        <w:t>Si vous répondez favorablement, nous nous engageons à vous adresser, dans le mois qui suit la fin de l’activité, un rapport écrit et les pièces qui en rendent compte.</w:t>
      </w:r>
    </w:p>
    <w:p>
      <w:pPr>
        <w:spacing w:before="0" w:after="160"/>
        <w:jc w:val="both"/>
      </w:pPr>
      <w:r>
        <w:rPr>
          <w:rFonts w:ascii="Calibri" w:hAnsi="Calibri"/>
          <w:i w:val="0"/>
          <w:color w:val="1A1A1A"/>
          <w:sz w:val="22"/>
        </w:rPr>
        <w:t>Nous restons à votre disposition pour toute précision, et nous vous remercions de l’attention que vous voudrez bien porter à cette demande.</w:t>
      </w:r>
    </w:p>
    <w:p>
      <w:pPr>
        <w:spacing w:before="120" w:after="360"/>
        <w:jc w:val="both"/>
      </w:pPr>
      <w:r>
        <w:rPr>
          <w:rFonts w:ascii="Calibri" w:hAnsi="Calibri"/>
          <w:b w:val="0"/>
          <w:i w:val="0"/>
          <w:color w:val="1A1A1A"/>
          <w:sz w:val="22"/>
        </w:rPr>
        <w:t>Veuillez agréer l’expression de notre considération respectueuse.</w:t>
      </w:r>
    </w:p>
    <w:p>
      <w:pPr>
        <w:spacing w:before="0" w:after="0"/>
        <w:jc w:val="right"/>
      </w:pPr>
      <w:r>
        <w:rPr>
          <w:rFonts w:ascii="Calibri" w:hAnsi="Calibri"/>
          <w:i/>
          <w:color w:val="777777"/>
          <w:sz w:val="21"/>
        </w:rPr>
        <w:t>[Nom et prénom]</w:t>
      </w:r>
    </w:p>
    <w:p>
      <w:pPr>
        <w:spacing w:before="0" w:after="0"/>
        <w:jc w:val="right"/>
      </w:pPr>
      <w:r>
        <w:rPr>
          <w:rFonts w:ascii="Calibri" w:hAnsi="Calibri"/>
          <w:i/>
          <w:color w:val="777777"/>
          <w:sz w:val="21"/>
        </w:rPr>
        <w:t>[Fonction dans l’œuvre]</w:t>
      </w:r>
    </w:p>
    <w:p>
      <w:pPr>
        <w:spacing w:before="280" w:after="120"/>
        <w:jc w:val="right"/>
      </w:pPr>
      <w:r>
        <w:rPr>
          <w:rFonts w:ascii="Calibri" w:hAnsi="Calibri"/>
          <w:b w:val="0"/>
          <w:i/>
          <w:color w:val="777777"/>
          <w:sz w:val="18"/>
        </w:rPr>
        <w:t>(signature et cachet)</w:t>
      </w:r>
    </w:p>
    <w:p>
      <w:pPr>
        <w:spacing w:before="0" w:after="120"/>
      </w:pPr>
    </w:p>
    <w:p>
      <w:pPr>
        <w:spacing w:before="40" w:after="120"/>
        <w:pBdr>
          <w:bottom w:val="single" w:sz="6" w:space="1" w:color="BBBBBB"/>
        </w:pBdr>
      </w:pPr>
    </w:p>
    <w:p>
      <w:pPr>
        <w:spacing w:before="0" w:after="0"/>
      </w:pPr>
      <w:r>
        <w:rPr>
          <w:rFonts w:ascii="Calibri" w:hAnsi="Calibri"/>
          <w:b w:val="0"/>
          <w:i/>
          <w:color w:val="777777"/>
          <w:sz w:val="17"/>
        </w:rPr>
        <w:t>Modèle offert par le Centre Alèthéia, support documentaire ecclésiastique. Vous pouvez le modifier, l’imprimer et le donner à une autre œuvre.</w:t>
      </w:r>
    </w:p>
    <w:p>
      <w:r>
        <w:br w:type="page"/>
      </w:r>
    </w:p>
    <w:p>
      <w:pPr>
        <w:spacing w:before="0" w:after="160"/>
      </w:pPr>
      <w:r>
        <w:rPr>
          <w:rFonts w:ascii="Calibri" w:hAnsi="Calibri"/>
          <w:b/>
          <w:i w:val="0"/>
          <w:color w:val="777777"/>
          <w:sz w:val="20"/>
        </w:rPr>
        <w:t>2. RÉPONSE FAVORABLE</w:t>
      </w:r>
    </w:p>
    <w:p>
      <w:pPr>
        <w:spacing w:before="0" w:after="0"/>
      </w:pPr>
      <w:r>
        <w:rPr>
          <w:rFonts w:ascii="Calibri" w:hAnsi="Calibri"/>
          <w:i/>
          <w:color w:val="777777"/>
          <w:sz w:val="26"/>
        </w:rPr>
        <w:t>[NOM DE L’ŒUVRE]</w:t>
      </w:r>
    </w:p>
    <w:p>
      <w:pPr>
        <w:spacing w:before="0" w:after="0"/>
      </w:pPr>
      <w:r>
        <w:rPr>
          <w:rFonts w:ascii="Calibri" w:hAnsi="Calibri"/>
          <w:i/>
          <w:color w:val="777777"/>
          <w:sz w:val="18"/>
        </w:rPr>
        <w:t>[Statut, adresse, boîte postale]</w:t>
      </w:r>
    </w:p>
    <w:p>
      <w:pPr>
        <w:spacing w:before="0" w:after="0"/>
      </w:pPr>
      <w:r>
        <w:rPr>
          <w:rFonts w:ascii="Calibri" w:hAnsi="Calibri"/>
          <w:i/>
          <w:color w:val="777777"/>
          <w:sz w:val="18"/>
        </w:rPr>
        <w:t>[Téléphone]</w:t>
      </w:r>
      <w:r>
        <w:rPr>
          <w:rFonts w:ascii="Calibri" w:hAnsi="Calibri"/>
          <w:i w:val="0"/>
          <w:color w:val="1A1A1A"/>
          <w:sz w:val="18"/>
        </w:rPr>
        <w:t xml:space="preserve">  ·  </w:t>
      </w:r>
      <w:r>
        <w:rPr>
          <w:rFonts w:ascii="Calibri" w:hAnsi="Calibri"/>
          <w:i/>
          <w:color w:val="777777"/>
          <w:sz w:val="18"/>
        </w:rPr>
        <w:t>[Courriel]</w:t>
      </w:r>
    </w:p>
    <w:p>
      <w:pPr>
        <w:spacing w:before="40" w:after="120"/>
        <w:pBdr>
          <w:bottom w:val="single" w:sz="6" w:space="1" w:color="BBBBBB"/>
        </w:pBdr>
      </w:pPr>
    </w:p>
    <w:p>
      <w:pPr>
        <w:spacing w:before="0" w:after="200"/>
      </w:pPr>
      <w:r>
        <w:rPr>
          <w:rFonts w:ascii="Calibri" w:hAnsi="Calibri"/>
          <w:i w:val="0"/>
          <w:color w:val="1A1A1A"/>
          <w:sz w:val="20"/>
        </w:rPr>
        <w:t xml:space="preserve">N° </w:t>
      </w:r>
      <w:r>
        <w:rPr>
          <w:rFonts w:ascii="Calibri" w:hAnsi="Calibri"/>
          <w:i/>
          <w:color w:val="777777"/>
          <w:sz w:val="20"/>
        </w:rPr>
        <w:t>[numéro]</w:t>
      </w:r>
      <w:r>
        <w:rPr>
          <w:rFonts w:ascii="Calibri" w:hAnsi="Calibri"/>
          <w:i w:val="0"/>
          <w:color w:val="1A1A1A"/>
          <w:sz w:val="20"/>
        </w:rPr>
        <w:t xml:space="preserve"> / </w:t>
      </w:r>
      <w:r>
        <w:rPr>
          <w:rFonts w:ascii="Calibri" w:hAnsi="Calibri"/>
          <w:i/>
          <w:color w:val="777777"/>
          <w:sz w:val="20"/>
        </w:rPr>
        <w:t>[année]</w:t>
      </w:r>
      <w:r>
        <w:rPr>
          <w:rFonts w:ascii="Calibri" w:hAnsi="Calibri"/>
          <w:i w:val="0"/>
          <w:color w:val="1A1A1A"/>
          <w:sz w:val="20"/>
        </w:rPr>
        <w:t xml:space="preserve">        Date : </w:t>
      </w:r>
      <w:r>
        <w:rPr>
          <w:rFonts w:ascii="Calibri" w:hAnsi="Calibri"/>
          <w:i/>
          <w:color w:val="777777"/>
          <w:sz w:val="20"/>
        </w:rPr>
        <w:t>[jour mois année]</w:t>
      </w:r>
    </w:p>
    <w:p>
      <w:pPr>
        <w:spacing w:before="0" w:after="200"/>
        <w:jc w:val="right"/>
      </w:pPr>
      <w:r>
        <w:rPr>
          <w:rFonts w:ascii="Calibri" w:hAnsi="Calibri"/>
          <w:i/>
          <w:color w:val="777777"/>
          <w:sz w:val="20"/>
        </w:rPr>
        <w:t>[Ville]</w:t>
      </w:r>
      <w:r>
        <w:rPr>
          <w:rFonts w:ascii="Calibri" w:hAnsi="Calibri"/>
          <w:i w:val="0"/>
          <w:color w:val="1A1A1A"/>
          <w:sz w:val="20"/>
        </w:rPr>
        <w:t xml:space="preserve">, le </w:t>
      </w:r>
      <w:r>
        <w:rPr>
          <w:rFonts w:ascii="Calibri" w:hAnsi="Calibri"/>
          <w:i/>
          <w:color w:val="777777"/>
          <w:sz w:val="20"/>
        </w:rPr>
        <w:t>[jour mois année]</w:t>
      </w:r>
    </w:p>
    <w:p>
      <w:pPr>
        <w:spacing w:before="0" w:after="0"/>
        <w:jc w:val="right"/>
      </w:pPr>
      <w:r>
        <w:rPr>
          <w:rFonts w:ascii="Calibri" w:hAnsi="Calibri"/>
          <w:i/>
          <w:color w:val="777777"/>
          <w:sz w:val="21"/>
        </w:rPr>
        <w:t>[Nom du destinataire]</w:t>
      </w:r>
    </w:p>
    <w:p>
      <w:pPr>
        <w:spacing w:before="0" w:after="0"/>
        <w:jc w:val="right"/>
      </w:pPr>
      <w:r>
        <w:rPr>
          <w:rFonts w:ascii="Calibri" w:hAnsi="Calibri"/>
          <w:i/>
          <w:color w:val="777777"/>
          <w:sz w:val="21"/>
        </w:rPr>
        <w:t>[Fonction]</w:t>
      </w:r>
    </w:p>
    <w:p>
      <w:pPr>
        <w:spacing w:before="0" w:after="0"/>
        <w:jc w:val="right"/>
      </w:pPr>
      <w:r>
        <w:rPr>
          <w:rFonts w:ascii="Calibri" w:hAnsi="Calibri"/>
          <w:i/>
          <w:color w:val="777777"/>
          <w:sz w:val="21"/>
        </w:rPr>
        <w:t>[Structure]</w:t>
      </w:r>
    </w:p>
    <w:p>
      <w:pPr>
        <w:spacing w:before="0" w:after="0"/>
        <w:jc w:val="right"/>
      </w:pPr>
      <w:r>
        <w:rPr>
          <w:rFonts w:ascii="Calibri" w:hAnsi="Calibri"/>
          <w:i/>
          <w:color w:val="777777"/>
          <w:sz w:val="21"/>
        </w:rPr>
        <w:t>[Adresse]</w:t>
      </w:r>
    </w:p>
    <w:p>
      <w:pPr>
        <w:spacing w:before="0" w:after="200"/>
      </w:pPr>
    </w:p>
    <w:p>
      <w:pPr>
        <w:spacing w:after="240"/>
      </w:pPr>
      <w:r>
        <w:rPr>
          <w:rFonts w:ascii="Calibri" w:hAnsi="Calibri"/>
          <w:b/>
        </w:rPr>
        <w:t xml:space="preserve">Objet : </w:t>
      </w:r>
      <w:r>
        <w:rPr>
          <w:rFonts w:ascii="Calibri" w:hAnsi="Calibri"/>
        </w:rPr>
        <w:t>Réponse à votre demande du [date de la demande]</w:t>
      </w:r>
    </w:p>
    <w:p>
      <w:pPr>
        <w:spacing w:before="0" w:after="160"/>
        <w:jc w:val="both"/>
      </w:pPr>
      <w:r>
        <w:rPr>
          <w:rFonts w:ascii="Calibri" w:hAnsi="Calibri"/>
          <w:i w:val="0"/>
          <w:color w:val="1A1A1A"/>
          <w:sz w:val="22"/>
        </w:rPr>
        <w:t xml:space="preserve">Monsieur / Madame </w:t>
      </w:r>
      <w:r>
        <w:rPr>
          <w:rFonts w:ascii="Calibri" w:hAnsi="Calibri"/>
          <w:i/>
          <w:color w:val="777777"/>
          <w:sz w:val="22"/>
        </w:rPr>
        <w:t>[nom]</w:t>
      </w:r>
      <w:r>
        <w:rPr>
          <w:rFonts w:ascii="Calibri" w:hAnsi="Calibri"/>
          <w:i w:val="0"/>
          <w:color w:val="1A1A1A"/>
          <w:sz w:val="22"/>
        </w:rPr>
        <w:t>,</w:t>
      </w:r>
    </w:p>
    <w:p>
      <w:pPr>
        <w:spacing w:before="0" w:after="160"/>
        <w:jc w:val="both"/>
      </w:pPr>
      <w:r>
        <w:rPr>
          <w:rFonts w:ascii="Calibri" w:hAnsi="Calibri"/>
          <w:i w:val="0"/>
          <w:color w:val="1A1A1A"/>
          <w:sz w:val="22"/>
        </w:rPr>
        <w:t xml:space="preserve">Nous avons bien reçu votre demande du </w:t>
      </w:r>
      <w:r>
        <w:rPr>
          <w:rFonts w:ascii="Calibri" w:hAnsi="Calibri"/>
          <w:i/>
          <w:color w:val="777777"/>
          <w:sz w:val="22"/>
        </w:rPr>
        <w:t>[date]</w:t>
      </w:r>
      <w:r>
        <w:rPr>
          <w:rFonts w:ascii="Calibri" w:hAnsi="Calibri"/>
          <w:i w:val="0"/>
          <w:color w:val="1A1A1A"/>
          <w:sz w:val="22"/>
        </w:rPr>
        <w:t xml:space="preserve"> concernant </w:t>
      </w:r>
      <w:r>
        <w:rPr>
          <w:rFonts w:ascii="Calibri" w:hAnsi="Calibri"/>
          <w:i/>
          <w:color w:val="777777"/>
          <w:sz w:val="22"/>
        </w:rPr>
        <w:t>[objet de la demande]</w:t>
      </w:r>
      <w:r>
        <w:rPr>
          <w:rFonts w:ascii="Calibri" w:hAnsi="Calibri"/>
          <w:i w:val="0"/>
          <w:color w:val="1A1A1A"/>
          <w:sz w:val="22"/>
        </w:rPr>
        <w:t xml:space="preserve">, et nous l’avons examinée en </w:t>
      </w:r>
      <w:r>
        <w:rPr>
          <w:rFonts w:ascii="Calibri" w:hAnsi="Calibri"/>
          <w:i/>
          <w:color w:val="777777"/>
          <w:sz w:val="22"/>
        </w:rPr>
        <w:t>[conseil, bureau, réunion de responsables]</w:t>
      </w:r>
      <w:r>
        <w:rPr>
          <w:rFonts w:ascii="Calibri" w:hAnsi="Calibri"/>
          <w:i w:val="0"/>
          <w:color w:val="1A1A1A"/>
          <w:sz w:val="22"/>
        </w:rPr>
        <w:t xml:space="preserve"> du </w:t>
      </w:r>
      <w:r>
        <w:rPr>
          <w:rFonts w:ascii="Calibri" w:hAnsi="Calibri"/>
          <w:i/>
          <w:color w:val="777777"/>
          <w:sz w:val="22"/>
        </w:rPr>
        <w:t>[date de la séance]</w:t>
      </w:r>
      <w:r>
        <w:rPr>
          <w:rFonts w:ascii="Calibri" w:hAnsi="Calibri"/>
          <w:i w:val="0"/>
          <w:color w:val="1A1A1A"/>
          <w:sz w:val="22"/>
        </w:rPr>
        <w:t>.</w:t>
      </w:r>
    </w:p>
    <w:p>
      <w:pPr>
        <w:spacing w:before="0" w:after="160"/>
        <w:jc w:val="both"/>
      </w:pPr>
      <w:r>
        <w:rPr>
          <w:rFonts w:ascii="Calibri" w:hAnsi="Calibri"/>
          <w:i w:val="0"/>
          <w:color w:val="1A1A1A"/>
          <w:sz w:val="22"/>
        </w:rPr>
        <w:t xml:space="preserve">Nous avons le plaisir de vous informer que cette demande reçoit une réponse favorable, dans les termes suivants : </w:t>
      </w:r>
      <w:r>
        <w:rPr>
          <w:rFonts w:ascii="Calibri" w:hAnsi="Calibri"/>
          <w:i/>
          <w:color w:val="777777"/>
          <w:sz w:val="22"/>
        </w:rPr>
        <w:t>[dire exactement ce qui est accordé, pour quelle durée, et à quelles conditions]</w:t>
      </w:r>
      <w:r>
        <w:rPr>
          <w:rFonts w:ascii="Calibri" w:hAnsi="Calibri"/>
          <w:i w:val="0"/>
          <w:color w:val="1A1A1A"/>
          <w:sz w:val="22"/>
        </w:rPr>
        <w:t>.</w:t>
      </w:r>
    </w:p>
    <w:p>
      <w:pPr>
        <w:spacing w:before="0" w:after="160"/>
        <w:jc w:val="both"/>
      </w:pPr>
      <w:r>
        <w:rPr>
          <w:rFonts w:ascii="Calibri" w:hAnsi="Calibri"/>
          <w:i w:val="0"/>
          <w:color w:val="1A1A1A"/>
          <w:sz w:val="22"/>
        </w:rPr>
        <w:t xml:space="preserve">Deux points méritent d’être précisés dès maintenant. D’abord, </w:t>
      </w:r>
      <w:r>
        <w:rPr>
          <w:rFonts w:ascii="Calibri" w:hAnsi="Calibri"/>
          <w:i/>
          <w:color w:val="777777"/>
          <w:sz w:val="22"/>
        </w:rPr>
        <w:t>[la condition ou la limite qu’il vaut mieux écrire tout de suite]</w:t>
      </w:r>
      <w:r>
        <w:rPr>
          <w:rFonts w:ascii="Calibri" w:hAnsi="Calibri"/>
          <w:i w:val="0"/>
          <w:color w:val="1A1A1A"/>
          <w:sz w:val="22"/>
        </w:rPr>
        <w:t xml:space="preserve">. Ensuite, </w:t>
      </w:r>
      <w:r>
        <w:rPr>
          <w:rFonts w:ascii="Calibri" w:hAnsi="Calibri"/>
          <w:i/>
          <w:color w:val="777777"/>
          <w:sz w:val="22"/>
        </w:rPr>
        <w:t>[ce que vous attendez en retour : un rapport, une date, une présence]</w:t>
      </w:r>
      <w:r>
        <w:rPr>
          <w:rFonts w:ascii="Calibri" w:hAnsi="Calibri"/>
          <w:i w:val="0"/>
          <w:color w:val="1A1A1A"/>
          <w:sz w:val="22"/>
        </w:rPr>
        <w:t>.</w:t>
      </w:r>
    </w:p>
    <w:p>
      <w:pPr>
        <w:spacing w:before="0" w:after="160"/>
        <w:jc w:val="both"/>
      </w:pPr>
      <w:r>
        <w:rPr>
          <w:rFonts w:ascii="Calibri" w:hAnsi="Calibri"/>
          <w:i w:val="0"/>
          <w:color w:val="1A1A1A"/>
          <w:sz w:val="22"/>
        </w:rPr>
        <w:t xml:space="preserve">Votre interlocuteur pour la suite sera </w:t>
      </w:r>
      <w:r>
        <w:rPr>
          <w:rFonts w:ascii="Calibri" w:hAnsi="Calibri"/>
          <w:i/>
          <w:color w:val="777777"/>
          <w:sz w:val="22"/>
        </w:rPr>
        <w:t>[nom et fonction]</w:t>
      </w:r>
      <w:r>
        <w:rPr>
          <w:rFonts w:ascii="Calibri" w:hAnsi="Calibri"/>
          <w:i w:val="0"/>
          <w:color w:val="1A1A1A"/>
          <w:sz w:val="22"/>
        </w:rPr>
        <w:t xml:space="preserve">, que vous pouvez joindre au </w:t>
      </w:r>
      <w:r>
        <w:rPr>
          <w:rFonts w:ascii="Calibri" w:hAnsi="Calibri"/>
          <w:i/>
          <w:color w:val="777777"/>
          <w:sz w:val="22"/>
        </w:rPr>
        <w:t>[téléphone]</w:t>
      </w:r>
      <w:r>
        <w:rPr>
          <w:rFonts w:ascii="Calibri" w:hAnsi="Calibri"/>
          <w:i w:val="0"/>
          <w:color w:val="1A1A1A"/>
          <w:sz w:val="22"/>
        </w:rPr>
        <w:t>.</w:t>
      </w:r>
    </w:p>
    <w:p>
      <w:pPr>
        <w:spacing w:before="120" w:after="360"/>
        <w:jc w:val="both"/>
      </w:pPr>
      <w:r>
        <w:rPr>
          <w:rFonts w:ascii="Calibri" w:hAnsi="Calibri"/>
          <w:b w:val="0"/>
          <w:i w:val="0"/>
          <w:color w:val="1A1A1A"/>
          <w:sz w:val="22"/>
        </w:rPr>
        <w:t>Nous vous prions d’agréer nos salutations fraternelles.</w:t>
      </w:r>
    </w:p>
    <w:p>
      <w:pPr>
        <w:spacing w:before="0" w:after="0"/>
        <w:jc w:val="right"/>
      </w:pPr>
      <w:r>
        <w:rPr>
          <w:rFonts w:ascii="Calibri" w:hAnsi="Calibri"/>
          <w:i/>
          <w:color w:val="777777"/>
          <w:sz w:val="21"/>
        </w:rPr>
        <w:t>[Nom et prénom]</w:t>
      </w:r>
    </w:p>
    <w:p>
      <w:pPr>
        <w:spacing w:before="0" w:after="0"/>
        <w:jc w:val="right"/>
      </w:pPr>
      <w:r>
        <w:rPr>
          <w:rFonts w:ascii="Calibri" w:hAnsi="Calibri"/>
          <w:i/>
          <w:color w:val="777777"/>
          <w:sz w:val="21"/>
        </w:rPr>
        <w:t>[Fonction dans l’œuvre]</w:t>
      </w:r>
    </w:p>
    <w:p>
      <w:pPr>
        <w:spacing w:before="280" w:after="120"/>
        <w:jc w:val="right"/>
      </w:pPr>
      <w:r>
        <w:rPr>
          <w:rFonts w:ascii="Calibri" w:hAnsi="Calibri"/>
          <w:b w:val="0"/>
          <w:i/>
          <w:color w:val="777777"/>
          <w:sz w:val="18"/>
        </w:rPr>
        <w:t>(signature et cachet)</w:t>
      </w:r>
    </w:p>
    <w:p>
      <w:pPr>
        <w:spacing w:before="0" w:after="120"/>
      </w:pPr>
    </w:p>
    <w:p>
      <w:pPr>
        <w:spacing w:before="40" w:after="120"/>
        <w:pBdr>
          <w:bottom w:val="single" w:sz="6" w:space="1" w:color="BBBBBB"/>
        </w:pBdr>
      </w:pPr>
    </w:p>
    <w:p>
      <w:pPr>
        <w:spacing w:before="0" w:after="0"/>
      </w:pPr>
      <w:r>
        <w:rPr>
          <w:rFonts w:ascii="Calibri" w:hAnsi="Calibri"/>
          <w:b w:val="0"/>
          <w:i/>
          <w:color w:val="777777"/>
          <w:sz w:val="17"/>
        </w:rPr>
        <w:t>Modèle offert par le Centre Alèthéia, support documentaire ecclésiastique. Vous pouvez le modifier, l’imprimer et le donner à une autre œuvre.</w:t>
      </w:r>
    </w:p>
    <w:p>
      <w:r>
        <w:br w:type="page"/>
      </w:r>
    </w:p>
    <w:p>
      <w:pPr>
        <w:spacing w:before="0" w:after="160"/>
      </w:pPr>
      <w:r>
        <w:rPr>
          <w:rFonts w:ascii="Calibri" w:hAnsi="Calibri"/>
          <w:b/>
          <w:i w:val="0"/>
          <w:color w:val="777777"/>
          <w:sz w:val="20"/>
        </w:rPr>
        <w:t>3. LETTRE DE DÉMISSION</w:t>
      </w:r>
    </w:p>
    <w:p>
      <w:pPr>
        <w:spacing w:before="0" w:after="0"/>
      </w:pPr>
      <w:r>
        <w:rPr>
          <w:rFonts w:ascii="Calibri" w:hAnsi="Calibri"/>
          <w:i/>
          <w:color w:val="777777"/>
          <w:sz w:val="26"/>
        </w:rPr>
        <w:t>[NOM DE L’ŒUVRE]</w:t>
      </w:r>
    </w:p>
    <w:p>
      <w:pPr>
        <w:spacing w:before="0" w:after="0"/>
      </w:pPr>
      <w:r>
        <w:rPr>
          <w:rFonts w:ascii="Calibri" w:hAnsi="Calibri"/>
          <w:i/>
          <w:color w:val="777777"/>
          <w:sz w:val="18"/>
        </w:rPr>
        <w:t>[Statut, adresse, boîte postale]</w:t>
      </w:r>
    </w:p>
    <w:p>
      <w:pPr>
        <w:spacing w:before="0" w:after="0"/>
      </w:pPr>
      <w:r>
        <w:rPr>
          <w:rFonts w:ascii="Calibri" w:hAnsi="Calibri"/>
          <w:i/>
          <w:color w:val="777777"/>
          <w:sz w:val="18"/>
        </w:rPr>
        <w:t>[Téléphone]</w:t>
      </w:r>
      <w:r>
        <w:rPr>
          <w:rFonts w:ascii="Calibri" w:hAnsi="Calibri"/>
          <w:i w:val="0"/>
          <w:color w:val="1A1A1A"/>
          <w:sz w:val="18"/>
        </w:rPr>
        <w:t xml:space="preserve">  ·  </w:t>
      </w:r>
      <w:r>
        <w:rPr>
          <w:rFonts w:ascii="Calibri" w:hAnsi="Calibri"/>
          <w:i/>
          <w:color w:val="777777"/>
          <w:sz w:val="18"/>
        </w:rPr>
        <w:t>[Courriel]</w:t>
      </w:r>
    </w:p>
    <w:p>
      <w:pPr>
        <w:spacing w:before="40" w:after="120"/>
        <w:pBdr>
          <w:bottom w:val="single" w:sz="6" w:space="1" w:color="BBBBBB"/>
        </w:pBdr>
      </w:pPr>
    </w:p>
    <w:p>
      <w:pPr>
        <w:spacing w:before="0" w:after="200"/>
      </w:pPr>
      <w:r>
        <w:rPr>
          <w:rFonts w:ascii="Calibri" w:hAnsi="Calibri"/>
          <w:i w:val="0"/>
          <w:color w:val="1A1A1A"/>
          <w:sz w:val="20"/>
        </w:rPr>
        <w:t xml:space="preserve">N° </w:t>
      </w:r>
      <w:r>
        <w:rPr>
          <w:rFonts w:ascii="Calibri" w:hAnsi="Calibri"/>
          <w:i/>
          <w:color w:val="777777"/>
          <w:sz w:val="20"/>
        </w:rPr>
        <w:t>[numéro]</w:t>
      </w:r>
      <w:r>
        <w:rPr>
          <w:rFonts w:ascii="Calibri" w:hAnsi="Calibri"/>
          <w:i w:val="0"/>
          <w:color w:val="1A1A1A"/>
          <w:sz w:val="20"/>
        </w:rPr>
        <w:t xml:space="preserve"> / </w:t>
      </w:r>
      <w:r>
        <w:rPr>
          <w:rFonts w:ascii="Calibri" w:hAnsi="Calibri"/>
          <w:i/>
          <w:color w:val="777777"/>
          <w:sz w:val="20"/>
        </w:rPr>
        <w:t>[année]</w:t>
      </w:r>
      <w:r>
        <w:rPr>
          <w:rFonts w:ascii="Calibri" w:hAnsi="Calibri"/>
          <w:i w:val="0"/>
          <w:color w:val="1A1A1A"/>
          <w:sz w:val="20"/>
        </w:rPr>
        <w:t xml:space="preserve">        Date : </w:t>
      </w:r>
      <w:r>
        <w:rPr>
          <w:rFonts w:ascii="Calibri" w:hAnsi="Calibri"/>
          <w:i/>
          <w:color w:val="777777"/>
          <w:sz w:val="20"/>
        </w:rPr>
        <w:t>[jour mois année]</w:t>
      </w:r>
    </w:p>
    <w:p>
      <w:pPr>
        <w:spacing w:before="0" w:after="200"/>
        <w:jc w:val="right"/>
      </w:pPr>
      <w:r>
        <w:rPr>
          <w:rFonts w:ascii="Calibri" w:hAnsi="Calibri"/>
          <w:i/>
          <w:color w:val="777777"/>
          <w:sz w:val="20"/>
        </w:rPr>
        <w:t>[Ville]</w:t>
      </w:r>
      <w:r>
        <w:rPr>
          <w:rFonts w:ascii="Calibri" w:hAnsi="Calibri"/>
          <w:i w:val="0"/>
          <w:color w:val="1A1A1A"/>
          <w:sz w:val="20"/>
        </w:rPr>
        <w:t xml:space="preserve">, le </w:t>
      </w:r>
      <w:r>
        <w:rPr>
          <w:rFonts w:ascii="Calibri" w:hAnsi="Calibri"/>
          <w:i/>
          <w:color w:val="777777"/>
          <w:sz w:val="20"/>
        </w:rPr>
        <w:t>[jour mois année]</w:t>
      </w:r>
    </w:p>
    <w:p>
      <w:pPr>
        <w:spacing w:before="0" w:after="0"/>
        <w:jc w:val="right"/>
      </w:pPr>
      <w:r>
        <w:rPr>
          <w:rFonts w:ascii="Calibri" w:hAnsi="Calibri"/>
          <w:i/>
          <w:color w:val="777777"/>
          <w:sz w:val="21"/>
        </w:rPr>
        <w:t>[Nom du destinataire]</w:t>
      </w:r>
    </w:p>
    <w:p>
      <w:pPr>
        <w:spacing w:before="0" w:after="0"/>
        <w:jc w:val="right"/>
      </w:pPr>
      <w:r>
        <w:rPr>
          <w:rFonts w:ascii="Calibri" w:hAnsi="Calibri"/>
          <w:i/>
          <w:color w:val="777777"/>
          <w:sz w:val="21"/>
        </w:rPr>
        <w:t>[Fonction]</w:t>
      </w:r>
    </w:p>
    <w:p>
      <w:pPr>
        <w:spacing w:before="0" w:after="0"/>
        <w:jc w:val="right"/>
      </w:pPr>
      <w:r>
        <w:rPr>
          <w:rFonts w:ascii="Calibri" w:hAnsi="Calibri"/>
          <w:i/>
          <w:color w:val="777777"/>
          <w:sz w:val="21"/>
        </w:rPr>
        <w:t>[Structure]</w:t>
      </w:r>
    </w:p>
    <w:p>
      <w:pPr>
        <w:spacing w:before="0" w:after="0"/>
        <w:jc w:val="right"/>
      </w:pPr>
      <w:r>
        <w:rPr>
          <w:rFonts w:ascii="Calibri" w:hAnsi="Calibri"/>
          <w:i/>
          <w:color w:val="777777"/>
          <w:sz w:val="21"/>
        </w:rPr>
        <w:t>[Adresse]</w:t>
      </w:r>
    </w:p>
    <w:p>
      <w:pPr>
        <w:spacing w:before="0" w:after="200"/>
      </w:pPr>
    </w:p>
    <w:p>
      <w:pPr>
        <w:spacing w:after="240"/>
      </w:pPr>
      <w:r>
        <w:rPr>
          <w:rFonts w:ascii="Calibri" w:hAnsi="Calibri"/>
          <w:b/>
        </w:rPr>
        <w:t xml:space="preserve">Objet : </w:t>
      </w:r>
      <w:r>
        <w:rPr>
          <w:rFonts w:ascii="Calibri" w:hAnsi="Calibri"/>
        </w:rPr>
        <w:t>Démission de mes fonctions de [fonction occupée]</w:t>
      </w:r>
    </w:p>
    <w:p>
      <w:pPr>
        <w:spacing w:before="0" w:after="160"/>
        <w:jc w:val="both"/>
      </w:pPr>
      <w:r>
        <w:rPr>
          <w:rFonts w:ascii="Calibri" w:hAnsi="Calibri"/>
          <w:i w:val="0"/>
          <w:color w:val="1A1A1A"/>
          <w:sz w:val="22"/>
        </w:rPr>
        <w:t xml:space="preserve">Monsieur le / Madame la </w:t>
      </w:r>
      <w:r>
        <w:rPr>
          <w:rFonts w:ascii="Calibri" w:hAnsi="Calibri"/>
          <w:i/>
          <w:color w:val="777777"/>
          <w:sz w:val="22"/>
        </w:rPr>
        <w:t>[qualité du responsable]</w:t>
      </w:r>
      <w:r>
        <w:rPr>
          <w:rFonts w:ascii="Calibri" w:hAnsi="Calibri"/>
          <w:i w:val="0"/>
          <w:color w:val="1A1A1A"/>
          <w:sz w:val="22"/>
        </w:rPr>
        <w:t>,</w:t>
      </w:r>
    </w:p>
    <w:p>
      <w:pPr>
        <w:spacing w:before="0" w:after="160"/>
        <w:jc w:val="both"/>
      </w:pPr>
      <w:r>
        <w:rPr>
          <w:rFonts w:ascii="Calibri" w:hAnsi="Calibri"/>
          <w:i w:val="0"/>
          <w:color w:val="1A1A1A"/>
          <w:sz w:val="22"/>
        </w:rPr>
        <w:t xml:space="preserve">Par la présente, je vous informe de ma décision de quitter les fonctions de </w:t>
      </w:r>
      <w:r>
        <w:rPr>
          <w:rFonts w:ascii="Calibri" w:hAnsi="Calibri"/>
          <w:i/>
          <w:color w:val="777777"/>
          <w:sz w:val="22"/>
        </w:rPr>
        <w:t>[fonction occupée]</w:t>
      </w:r>
      <w:r>
        <w:rPr>
          <w:rFonts w:ascii="Calibri" w:hAnsi="Calibri"/>
          <w:i w:val="0"/>
          <w:color w:val="1A1A1A"/>
          <w:sz w:val="22"/>
        </w:rPr>
        <w:t xml:space="preserve"> que j’exerce au sein de </w:t>
      </w:r>
      <w:r>
        <w:rPr>
          <w:rFonts w:ascii="Calibri" w:hAnsi="Calibri"/>
          <w:i/>
          <w:color w:val="777777"/>
          <w:sz w:val="22"/>
        </w:rPr>
        <w:t>[nom de l’œuvre]</w:t>
      </w:r>
      <w:r>
        <w:rPr>
          <w:rFonts w:ascii="Calibri" w:hAnsi="Calibri"/>
          <w:i w:val="0"/>
          <w:color w:val="1A1A1A"/>
          <w:sz w:val="22"/>
        </w:rPr>
        <w:t xml:space="preserve"> depuis </w:t>
      </w:r>
      <w:r>
        <w:rPr>
          <w:rFonts w:ascii="Calibri" w:hAnsi="Calibri"/>
          <w:i/>
          <w:color w:val="777777"/>
          <w:sz w:val="22"/>
        </w:rPr>
        <w:t>[date de prise de fonction]</w:t>
      </w:r>
      <w:r>
        <w:rPr>
          <w:rFonts w:ascii="Calibri" w:hAnsi="Calibri"/>
          <w:i w:val="0"/>
          <w:color w:val="1A1A1A"/>
          <w:sz w:val="22"/>
        </w:rPr>
        <w:t>.</w:t>
      </w:r>
    </w:p>
    <w:p>
      <w:pPr>
        <w:spacing w:before="0" w:after="160"/>
        <w:jc w:val="both"/>
      </w:pPr>
      <w:r>
        <w:rPr>
          <w:rFonts w:ascii="Calibri" w:hAnsi="Calibri"/>
          <w:i w:val="0"/>
          <w:color w:val="1A1A1A"/>
          <w:sz w:val="22"/>
        </w:rPr>
        <w:t xml:space="preserve">Cette décision prend effet le </w:t>
      </w:r>
      <w:r>
        <w:rPr>
          <w:rFonts w:ascii="Calibri" w:hAnsi="Calibri"/>
          <w:i/>
          <w:color w:val="777777"/>
          <w:sz w:val="22"/>
        </w:rPr>
        <w:t>[date d’effet]</w:t>
      </w:r>
      <w:r>
        <w:rPr>
          <w:rFonts w:ascii="Calibri" w:hAnsi="Calibri"/>
          <w:i w:val="0"/>
          <w:color w:val="1A1A1A"/>
          <w:sz w:val="22"/>
        </w:rPr>
        <w:t xml:space="preserve">, ce qui laisse </w:t>
      </w:r>
      <w:r>
        <w:rPr>
          <w:rFonts w:ascii="Calibri" w:hAnsi="Calibri"/>
          <w:i/>
          <w:color w:val="777777"/>
          <w:sz w:val="22"/>
        </w:rPr>
        <w:t>[durée]</w:t>
      </w:r>
      <w:r>
        <w:rPr>
          <w:rFonts w:ascii="Calibri" w:hAnsi="Calibri"/>
          <w:i w:val="0"/>
          <w:color w:val="1A1A1A"/>
          <w:sz w:val="22"/>
        </w:rPr>
        <w:t xml:space="preserve"> pour organiser la passation dans de bonnes conditions.</w:t>
      </w:r>
    </w:p>
    <w:p>
      <w:pPr>
        <w:spacing w:before="0" w:after="160"/>
        <w:jc w:val="both"/>
      </w:pPr>
      <w:r>
        <w:rPr>
          <w:rFonts w:ascii="Calibri" w:hAnsi="Calibri"/>
          <w:i w:val="0"/>
          <w:color w:val="1A1A1A"/>
          <w:sz w:val="22"/>
        </w:rPr>
        <w:t>Je me tiens à disposition d’ici là pour remettre les documents, les clés, les codes et les contacts dont j’ai la charge, et pour mettre par écrit ce qui reste en cours. La liste de ces éléments est jointe à la présente.</w:t>
      </w:r>
    </w:p>
    <w:p>
      <w:pPr>
        <w:spacing w:before="0" w:after="160"/>
        <w:jc w:val="both"/>
      </w:pPr>
      <w:r>
        <w:rPr>
          <w:rFonts w:ascii="Calibri" w:hAnsi="Calibri"/>
          <w:i w:val="0"/>
          <w:color w:val="1A1A1A"/>
          <w:sz w:val="22"/>
        </w:rPr>
        <w:t>Je remercie l’œuvre pour la confiance qui m’a été faite pendant ces années, et je l’assure de ma prière.</w:t>
      </w:r>
    </w:p>
    <w:p>
      <w:pPr>
        <w:spacing w:before="120" w:after="360"/>
        <w:jc w:val="both"/>
      </w:pPr>
      <w:r>
        <w:rPr>
          <w:rFonts w:ascii="Calibri" w:hAnsi="Calibri"/>
          <w:b w:val="0"/>
          <w:i w:val="0"/>
          <w:color w:val="1A1A1A"/>
          <w:sz w:val="22"/>
        </w:rPr>
        <w:t>Veuillez agréer l’expression de mon respect fraternel.</w:t>
      </w:r>
    </w:p>
    <w:p>
      <w:pPr>
        <w:spacing w:before="0" w:after="0"/>
        <w:jc w:val="right"/>
      </w:pPr>
      <w:r>
        <w:rPr>
          <w:rFonts w:ascii="Calibri" w:hAnsi="Calibri"/>
          <w:i/>
          <w:color w:val="777777"/>
          <w:sz w:val="21"/>
        </w:rPr>
        <w:t>[Nom et prénom]</w:t>
      </w:r>
    </w:p>
    <w:p>
      <w:pPr>
        <w:spacing w:before="0" w:after="0"/>
        <w:jc w:val="right"/>
      </w:pPr>
      <w:r>
        <w:rPr>
          <w:rFonts w:ascii="Calibri" w:hAnsi="Calibri"/>
          <w:i/>
          <w:color w:val="777777"/>
          <w:sz w:val="21"/>
        </w:rPr>
        <w:t>[Fonction dans l’œuvre]</w:t>
      </w:r>
    </w:p>
    <w:p>
      <w:pPr>
        <w:spacing w:before="280" w:after="120"/>
        <w:jc w:val="right"/>
      </w:pPr>
      <w:r>
        <w:rPr>
          <w:rFonts w:ascii="Calibri" w:hAnsi="Calibri"/>
          <w:b w:val="0"/>
          <w:i/>
          <w:color w:val="777777"/>
          <w:sz w:val="18"/>
        </w:rPr>
        <w:t>(signature et cachet)</w:t>
      </w:r>
    </w:p>
    <w:p>
      <w:pPr>
        <w:spacing w:before="0" w:after="120"/>
      </w:pPr>
    </w:p>
    <w:p>
      <w:pPr>
        <w:spacing w:before="40" w:after="120"/>
        <w:pBdr>
          <w:bottom w:val="single" w:sz="6" w:space="1" w:color="BBBBBB"/>
        </w:pBdr>
      </w:pPr>
    </w:p>
    <w:p>
      <w:pPr>
        <w:spacing w:before="0" w:after="0"/>
      </w:pPr>
      <w:r>
        <w:rPr>
          <w:rFonts w:ascii="Calibri" w:hAnsi="Calibri"/>
          <w:b w:val="0"/>
          <w:i/>
          <w:color w:val="777777"/>
          <w:sz w:val="17"/>
        </w:rPr>
        <w:t>Modèle offert par le Centre Alèthéia, support documentaire ecclésiastique. Vous pouvez le modifier, l’imprimer et le donner à une autre œuvre.</w:t>
      </w:r>
    </w:p>
    <w:p>
      <w:r>
        <w:br w:type="page"/>
      </w:r>
    </w:p>
    <w:p>
      <w:pPr>
        <w:spacing w:before="0" w:after="160"/>
      </w:pPr>
      <w:r>
        <w:rPr>
          <w:rFonts w:ascii="Calibri" w:hAnsi="Calibri"/>
          <w:b/>
          <w:i w:val="0"/>
          <w:color w:val="777777"/>
          <w:sz w:val="20"/>
        </w:rPr>
        <w:t>4. NOTIFICATION DE FIN DE MANDAT</w:t>
      </w:r>
    </w:p>
    <w:p>
      <w:pPr>
        <w:spacing w:before="0" w:after="0"/>
      </w:pPr>
      <w:r>
        <w:rPr>
          <w:rFonts w:ascii="Calibri" w:hAnsi="Calibri"/>
          <w:i/>
          <w:color w:val="777777"/>
          <w:sz w:val="26"/>
        </w:rPr>
        <w:t>[NOM DE L’ŒUVRE]</w:t>
      </w:r>
    </w:p>
    <w:p>
      <w:pPr>
        <w:spacing w:before="0" w:after="0"/>
      </w:pPr>
      <w:r>
        <w:rPr>
          <w:rFonts w:ascii="Calibri" w:hAnsi="Calibri"/>
          <w:i/>
          <w:color w:val="777777"/>
          <w:sz w:val="18"/>
        </w:rPr>
        <w:t>[Statut, adresse, boîte postale]</w:t>
      </w:r>
    </w:p>
    <w:p>
      <w:pPr>
        <w:spacing w:before="0" w:after="0"/>
      </w:pPr>
      <w:r>
        <w:rPr>
          <w:rFonts w:ascii="Calibri" w:hAnsi="Calibri"/>
          <w:i/>
          <w:color w:val="777777"/>
          <w:sz w:val="18"/>
        </w:rPr>
        <w:t>[Téléphone]</w:t>
      </w:r>
      <w:r>
        <w:rPr>
          <w:rFonts w:ascii="Calibri" w:hAnsi="Calibri"/>
          <w:i w:val="0"/>
          <w:color w:val="1A1A1A"/>
          <w:sz w:val="18"/>
        </w:rPr>
        <w:t xml:space="preserve">  ·  </w:t>
      </w:r>
      <w:r>
        <w:rPr>
          <w:rFonts w:ascii="Calibri" w:hAnsi="Calibri"/>
          <w:i/>
          <w:color w:val="777777"/>
          <w:sz w:val="18"/>
        </w:rPr>
        <w:t>[Courriel]</w:t>
      </w:r>
    </w:p>
    <w:p>
      <w:pPr>
        <w:spacing w:before="40" w:after="120"/>
        <w:pBdr>
          <w:bottom w:val="single" w:sz="6" w:space="1" w:color="BBBBBB"/>
        </w:pBdr>
      </w:pPr>
    </w:p>
    <w:p>
      <w:pPr>
        <w:spacing w:before="0" w:after="200"/>
      </w:pPr>
      <w:r>
        <w:rPr>
          <w:rFonts w:ascii="Calibri" w:hAnsi="Calibri"/>
          <w:i w:val="0"/>
          <w:color w:val="1A1A1A"/>
          <w:sz w:val="20"/>
        </w:rPr>
        <w:t xml:space="preserve">N° </w:t>
      </w:r>
      <w:r>
        <w:rPr>
          <w:rFonts w:ascii="Calibri" w:hAnsi="Calibri"/>
          <w:i/>
          <w:color w:val="777777"/>
          <w:sz w:val="20"/>
        </w:rPr>
        <w:t>[numéro]</w:t>
      </w:r>
      <w:r>
        <w:rPr>
          <w:rFonts w:ascii="Calibri" w:hAnsi="Calibri"/>
          <w:i w:val="0"/>
          <w:color w:val="1A1A1A"/>
          <w:sz w:val="20"/>
        </w:rPr>
        <w:t xml:space="preserve"> / </w:t>
      </w:r>
      <w:r>
        <w:rPr>
          <w:rFonts w:ascii="Calibri" w:hAnsi="Calibri"/>
          <w:i/>
          <w:color w:val="777777"/>
          <w:sz w:val="20"/>
        </w:rPr>
        <w:t>[année]</w:t>
      </w:r>
      <w:r>
        <w:rPr>
          <w:rFonts w:ascii="Calibri" w:hAnsi="Calibri"/>
          <w:i w:val="0"/>
          <w:color w:val="1A1A1A"/>
          <w:sz w:val="20"/>
        </w:rPr>
        <w:t xml:space="preserve">        Date : </w:t>
      </w:r>
      <w:r>
        <w:rPr>
          <w:rFonts w:ascii="Calibri" w:hAnsi="Calibri"/>
          <w:i/>
          <w:color w:val="777777"/>
          <w:sz w:val="20"/>
        </w:rPr>
        <w:t>[jour mois année]</w:t>
      </w:r>
    </w:p>
    <w:p>
      <w:pPr>
        <w:spacing w:before="0" w:after="200"/>
        <w:jc w:val="right"/>
      </w:pPr>
      <w:r>
        <w:rPr>
          <w:rFonts w:ascii="Calibri" w:hAnsi="Calibri"/>
          <w:i/>
          <w:color w:val="777777"/>
          <w:sz w:val="20"/>
        </w:rPr>
        <w:t>[Ville]</w:t>
      </w:r>
      <w:r>
        <w:rPr>
          <w:rFonts w:ascii="Calibri" w:hAnsi="Calibri"/>
          <w:i w:val="0"/>
          <w:color w:val="1A1A1A"/>
          <w:sz w:val="20"/>
        </w:rPr>
        <w:t xml:space="preserve">, le </w:t>
      </w:r>
      <w:r>
        <w:rPr>
          <w:rFonts w:ascii="Calibri" w:hAnsi="Calibri"/>
          <w:i/>
          <w:color w:val="777777"/>
          <w:sz w:val="20"/>
        </w:rPr>
        <w:t>[jour mois année]</w:t>
      </w:r>
    </w:p>
    <w:p>
      <w:pPr>
        <w:spacing w:before="0" w:after="0"/>
        <w:jc w:val="right"/>
      </w:pPr>
      <w:r>
        <w:rPr>
          <w:rFonts w:ascii="Calibri" w:hAnsi="Calibri"/>
          <w:i/>
          <w:color w:val="777777"/>
          <w:sz w:val="21"/>
        </w:rPr>
        <w:t>[Nom du destinataire]</w:t>
      </w:r>
    </w:p>
    <w:p>
      <w:pPr>
        <w:spacing w:before="0" w:after="0"/>
        <w:jc w:val="right"/>
      </w:pPr>
      <w:r>
        <w:rPr>
          <w:rFonts w:ascii="Calibri" w:hAnsi="Calibri"/>
          <w:i/>
          <w:color w:val="777777"/>
          <w:sz w:val="21"/>
        </w:rPr>
        <w:t>[Fonction]</w:t>
      </w:r>
    </w:p>
    <w:p>
      <w:pPr>
        <w:spacing w:before="0" w:after="0"/>
        <w:jc w:val="right"/>
      </w:pPr>
      <w:r>
        <w:rPr>
          <w:rFonts w:ascii="Calibri" w:hAnsi="Calibri"/>
          <w:i/>
          <w:color w:val="777777"/>
          <w:sz w:val="21"/>
        </w:rPr>
        <w:t>[Structure]</w:t>
      </w:r>
    </w:p>
    <w:p>
      <w:pPr>
        <w:spacing w:before="0" w:after="0"/>
        <w:jc w:val="right"/>
      </w:pPr>
      <w:r>
        <w:rPr>
          <w:rFonts w:ascii="Calibri" w:hAnsi="Calibri"/>
          <w:i/>
          <w:color w:val="777777"/>
          <w:sz w:val="21"/>
        </w:rPr>
        <w:t>[Adresse]</w:t>
      </w:r>
    </w:p>
    <w:p>
      <w:pPr>
        <w:spacing w:before="0" w:after="200"/>
      </w:pPr>
    </w:p>
    <w:p>
      <w:pPr>
        <w:spacing w:after="240"/>
      </w:pPr>
      <w:r>
        <w:rPr>
          <w:rFonts w:ascii="Calibri" w:hAnsi="Calibri"/>
          <w:b/>
        </w:rPr>
        <w:t xml:space="preserve">Objet : </w:t>
      </w:r>
      <w:r>
        <w:rPr>
          <w:rFonts w:ascii="Calibri" w:hAnsi="Calibri"/>
        </w:rPr>
        <w:t>Fin de votre mandat de [fonction] au [date]</w:t>
      </w:r>
    </w:p>
    <w:p>
      <w:pPr>
        <w:spacing w:before="0" w:after="160"/>
        <w:jc w:val="both"/>
      </w:pPr>
      <w:r>
        <w:rPr>
          <w:rFonts w:ascii="Calibri" w:hAnsi="Calibri"/>
          <w:i w:val="0"/>
          <w:color w:val="1A1A1A"/>
          <w:sz w:val="22"/>
        </w:rPr>
        <w:t xml:space="preserve">Cher frère / Chère sœur </w:t>
      </w:r>
      <w:r>
        <w:rPr>
          <w:rFonts w:ascii="Calibri" w:hAnsi="Calibri"/>
          <w:i/>
          <w:color w:val="777777"/>
          <w:sz w:val="22"/>
        </w:rPr>
        <w:t>[nom]</w:t>
      </w:r>
      <w:r>
        <w:rPr>
          <w:rFonts w:ascii="Calibri" w:hAnsi="Calibri"/>
          <w:i w:val="0"/>
          <w:color w:val="1A1A1A"/>
          <w:sz w:val="22"/>
        </w:rPr>
        <w:t>,</w:t>
      </w:r>
    </w:p>
    <w:p>
      <w:pPr>
        <w:spacing w:before="0" w:after="160"/>
        <w:jc w:val="both"/>
      </w:pPr>
      <w:r>
        <w:rPr>
          <w:rFonts w:ascii="Calibri" w:hAnsi="Calibri"/>
          <w:i w:val="0"/>
          <w:color w:val="1A1A1A"/>
          <w:sz w:val="22"/>
        </w:rPr>
        <w:t xml:space="preserve">Vous exercez depuis le </w:t>
      </w:r>
      <w:r>
        <w:rPr>
          <w:rFonts w:ascii="Calibri" w:hAnsi="Calibri"/>
          <w:i/>
          <w:color w:val="777777"/>
          <w:sz w:val="22"/>
        </w:rPr>
        <w:t>[date de début]</w:t>
      </w:r>
      <w:r>
        <w:rPr>
          <w:rFonts w:ascii="Calibri" w:hAnsi="Calibri"/>
          <w:i w:val="0"/>
          <w:color w:val="1A1A1A"/>
          <w:sz w:val="22"/>
        </w:rPr>
        <w:t xml:space="preserve"> la fonction de </w:t>
      </w:r>
      <w:r>
        <w:rPr>
          <w:rFonts w:ascii="Calibri" w:hAnsi="Calibri"/>
          <w:i/>
          <w:color w:val="777777"/>
          <w:sz w:val="22"/>
        </w:rPr>
        <w:t>[fonction]</w:t>
      </w:r>
      <w:r>
        <w:rPr>
          <w:rFonts w:ascii="Calibri" w:hAnsi="Calibri"/>
          <w:i w:val="0"/>
          <w:color w:val="1A1A1A"/>
          <w:sz w:val="22"/>
        </w:rPr>
        <w:t xml:space="preserve"> au sein de </w:t>
      </w:r>
      <w:r>
        <w:rPr>
          <w:rFonts w:ascii="Calibri" w:hAnsi="Calibri"/>
          <w:i/>
          <w:color w:val="777777"/>
          <w:sz w:val="22"/>
        </w:rPr>
        <w:t>[nom de l’œuvre]</w:t>
      </w:r>
      <w:r>
        <w:rPr>
          <w:rFonts w:ascii="Calibri" w:hAnsi="Calibri"/>
          <w:i w:val="0"/>
          <w:color w:val="1A1A1A"/>
          <w:sz w:val="22"/>
        </w:rPr>
        <w:t xml:space="preserve">, pour un mandat de </w:t>
      </w:r>
      <w:r>
        <w:rPr>
          <w:rFonts w:ascii="Calibri" w:hAnsi="Calibri"/>
          <w:i/>
          <w:color w:val="777777"/>
          <w:sz w:val="22"/>
        </w:rPr>
        <w:t>[durée]</w:t>
      </w:r>
      <w:r>
        <w:rPr>
          <w:rFonts w:ascii="Calibri" w:hAnsi="Calibri"/>
          <w:i w:val="0"/>
          <w:color w:val="1A1A1A"/>
          <w:sz w:val="22"/>
        </w:rPr>
        <w:t>.</w:t>
      </w:r>
    </w:p>
    <w:p>
      <w:pPr>
        <w:spacing w:before="0" w:after="160"/>
        <w:jc w:val="both"/>
      </w:pPr>
      <w:r>
        <w:rPr>
          <w:rFonts w:ascii="Calibri" w:hAnsi="Calibri"/>
          <w:i w:val="0"/>
          <w:color w:val="1A1A1A"/>
          <w:sz w:val="22"/>
        </w:rPr>
        <w:t xml:space="preserve">Ce mandat arrive à son terme le </w:t>
      </w:r>
      <w:r>
        <w:rPr>
          <w:rFonts w:ascii="Calibri" w:hAnsi="Calibri"/>
          <w:i/>
          <w:color w:val="777777"/>
          <w:sz w:val="22"/>
        </w:rPr>
        <w:t>[date de fin]</w:t>
      </w:r>
      <w:r>
        <w:rPr>
          <w:rFonts w:ascii="Calibri" w:hAnsi="Calibri"/>
          <w:i w:val="0"/>
          <w:color w:val="1A1A1A"/>
          <w:sz w:val="22"/>
        </w:rPr>
        <w:t xml:space="preserve">. Conformément à </w:t>
      </w:r>
      <w:r>
        <w:rPr>
          <w:rFonts w:ascii="Calibri" w:hAnsi="Calibri"/>
          <w:i/>
          <w:color w:val="777777"/>
          <w:sz w:val="22"/>
        </w:rPr>
        <w:t>[statuts, règlement intérieur, décision du conseil du …]</w:t>
      </w:r>
      <w:r>
        <w:rPr>
          <w:rFonts w:ascii="Calibri" w:hAnsi="Calibri"/>
          <w:i w:val="0"/>
          <w:color w:val="1A1A1A"/>
          <w:sz w:val="22"/>
        </w:rPr>
        <w:t xml:space="preserve">, il </w:t>
      </w:r>
      <w:r>
        <w:rPr>
          <w:rFonts w:ascii="Calibri" w:hAnsi="Calibri"/>
          <w:i/>
          <w:color w:val="777777"/>
          <w:sz w:val="22"/>
        </w:rPr>
        <w:t>[prend fin à cette date / peut être renouvelé une fois]</w:t>
      </w:r>
      <w:r>
        <w:rPr>
          <w:rFonts w:ascii="Calibri" w:hAnsi="Calibri"/>
          <w:i w:val="0"/>
          <w:color w:val="1A1A1A"/>
          <w:sz w:val="22"/>
        </w:rPr>
        <w:t>.</w:t>
      </w:r>
    </w:p>
    <w:p>
      <w:pPr>
        <w:spacing w:before="0" w:after="160"/>
        <w:jc w:val="both"/>
      </w:pPr>
      <w:r>
        <w:rPr>
          <w:rFonts w:ascii="Calibri" w:hAnsi="Calibri"/>
          <w:i w:val="0"/>
          <w:color w:val="1A1A1A"/>
          <w:sz w:val="22"/>
        </w:rPr>
        <w:t xml:space="preserve">La passation se tiendra le </w:t>
      </w:r>
      <w:r>
        <w:rPr>
          <w:rFonts w:ascii="Calibri" w:hAnsi="Calibri"/>
          <w:i/>
          <w:color w:val="777777"/>
          <w:sz w:val="22"/>
        </w:rPr>
        <w:t>[date]</w:t>
      </w:r>
      <w:r>
        <w:rPr>
          <w:rFonts w:ascii="Calibri" w:hAnsi="Calibri"/>
          <w:i w:val="0"/>
          <w:color w:val="1A1A1A"/>
          <w:sz w:val="22"/>
        </w:rPr>
        <w:t xml:space="preserve"> à </w:t>
      </w:r>
      <w:r>
        <w:rPr>
          <w:rFonts w:ascii="Calibri" w:hAnsi="Calibri"/>
          <w:i/>
          <w:color w:val="777777"/>
          <w:sz w:val="22"/>
        </w:rPr>
        <w:t>[lieu]</w:t>
      </w:r>
      <w:r>
        <w:rPr>
          <w:rFonts w:ascii="Calibri" w:hAnsi="Calibri"/>
          <w:i w:val="0"/>
          <w:color w:val="1A1A1A"/>
          <w:sz w:val="22"/>
        </w:rPr>
        <w:t xml:space="preserve">. Vous voudrez bien y remettre </w:t>
      </w:r>
      <w:r>
        <w:rPr>
          <w:rFonts w:ascii="Calibri" w:hAnsi="Calibri"/>
          <w:i/>
          <w:color w:val="777777"/>
          <w:sz w:val="22"/>
        </w:rPr>
        <w:t>[documents, caisse, matériel, clés, codes, registre des décisions]</w:t>
      </w:r>
      <w:r>
        <w:rPr>
          <w:rFonts w:ascii="Calibri" w:hAnsi="Calibri"/>
          <w:i w:val="0"/>
          <w:color w:val="1A1A1A"/>
          <w:sz w:val="22"/>
        </w:rPr>
        <w:t xml:space="preserve"> à </w:t>
      </w:r>
      <w:r>
        <w:rPr>
          <w:rFonts w:ascii="Calibri" w:hAnsi="Calibri"/>
          <w:i/>
          <w:color w:val="777777"/>
          <w:sz w:val="22"/>
        </w:rPr>
        <w:t>[nom de celui qui reprend, ou « à la personne qui sera désignée »]</w:t>
      </w:r>
      <w:r>
        <w:rPr>
          <w:rFonts w:ascii="Calibri" w:hAnsi="Calibri"/>
          <w:i w:val="0"/>
          <w:color w:val="1A1A1A"/>
          <w:sz w:val="22"/>
        </w:rPr>
        <w:t>.</w:t>
      </w:r>
    </w:p>
    <w:p>
      <w:pPr>
        <w:spacing w:before="0" w:after="160"/>
        <w:jc w:val="both"/>
      </w:pPr>
      <w:r>
        <w:rPr>
          <w:rFonts w:ascii="Calibri" w:hAnsi="Calibri"/>
          <w:i w:val="0"/>
          <w:color w:val="1A1A1A"/>
          <w:sz w:val="22"/>
        </w:rPr>
        <w:t xml:space="preserve">L’œuvre vous remercie pour le travail accompli durant ce mandat, et nommément pour </w:t>
      </w:r>
      <w:r>
        <w:rPr>
          <w:rFonts w:ascii="Calibri" w:hAnsi="Calibri"/>
          <w:i/>
          <w:color w:val="777777"/>
          <w:sz w:val="22"/>
        </w:rPr>
        <w:t>[citer une chose précise : c’est ce qui distingue un merci vrai d’une formule]</w:t>
      </w:r>
      <w:r>
        <w:rPr>
          <w:rFonts w:ascii="Calibri" w:hAnsi="Calibri"/>
          <w:i w:val="0"/>
          <w:color w:val="1A1A1A"/>
          <w:sz w:val="22"/>
        </w:rPr>
        <w:t>.</w:t>
      </w:r>
    </w:p>
    <w:p>
      <w:pPr>
        <w:spacing w:before="120" w:after="360"/>
        <w:jc w:val="both"/>
      </w:pPr>
      <w:r>
        <w:rPr>
          <w:rFonts w:ascii="Calibri" w:hAnsi="Calibri"/>
          <w:b w:val="0"/>
          <w:i w:val="0"/>
          <w:color w:val="1A1A1A"/>
          <w:sz w:val="22"/>
        </w:rPr>
        <w:t>Recevez nos salutations fraternelles.</w:t>
      </w:r>
    </w:p>
    <w:p>
      <w:pPr>
        <w:spacing w:before="0" w:after="0"/>
        <w:jc w:val="right"/>
      </w:pPr>
      <w:r>
        <w:rPr>
          <w:rFonts w:ascii="Calibri" w:hAnsi="Calibri"/>
          <w:i/>
          <w:color w:val="777777"/>
          <w:sz w:val="21"/>
        </w:rPr>
        <w:t>[Nom et prénom]</w:t>
      </w:r>
    </w:p>
    <w:p>
      <w:pPr>
        <w:spacing w:before="0" w:after="0"/>
        <w:jc w:val="right"/>
      </w:pPr>
      <w:r>
        <w:rPr>
          <w:rFonts w:ascii="Calibri" w:hAnsi="Calibri"/>
          <w:i/>
          <w:color w:val="777777"/>
          <w:sz w:val="21"/>
        </w:rPr>
        <w:t>[Fonction dans l’œuvre]</w:t>
      </w:r>
    </w:p>
    <w:p>
      <w:pPr>
        <w:spacing w:before="280" w:after="120"/>
        <w:jc w:val="right"/>
      </w:pPr>
      <w:r>
        <w:rPr>
          <w:rFonts w:ascii="Calibri" w:hAnsi="Calibri"/>
          <w:b w:val="0"/>
          <w:i/>
          <w:color w:val="777777"/>
          <w:sz w:val="18"/>
        </w:rPr>
        <w:t>(signature et cachet)</w:t>
      </w:r>
    </w:p>
    <w:p>
      <w:pPr>
        <w:spacing w:before="0" w:after="120"/>
      </w:pPr>
    </w:p>
    <w:p>
      <w:pPr>
        <w:spacing w:before="40" w:after="120"/>
        <w:pBdr>
          <w:bottom w:val="single" w:sz="6" w:space="1" w:color="BBBBBB"/>
        </w:pBdr>
      </w:pPr>
    </w:p>
    <w:p>
      <w:pPr>
        <w:spacing w:before="0" w:after="0"/>
      </w:pPr>
      <w:r>
        <w:rPr>
          <w:rFonts w:ascii="Calibri" w:hAnsi="Calibri"/>
          <w:b w:val="0"/>
          <w:i/>
          <w:color w:val="777777"/>
          <w:sz w:val="17"/>
        </w:rPr>
        <w:t>Modèle offert par le Centre Alèthéia, support documentaire ecclésiastique. Vous pouvez le modifier, l’imprimer et le donner à une autre œuvre.</w:t>
      </w:r>
    </w:p>
    <w:p>
      <w:r>
        <w:br w:type="page"/>
      </w:r>
    </w:p>
    <w:p>
      <w:pPr>
        <w:spacing w:before="0" w:after="160"/>
      </w:pPr>
      <w:r>
        <w:rPr>
          <w:rFonts w:ascii="Calibri" w:hAnsi="Calibri"/>
          <w:b/>
          <w:i w:val="0"/>
          <w:color w:val="777777"/>
          <w:sz w:val="20"/>
        </w:rPr>
        <w:t>5. CONVOCATION À UNE RÉUNION</w:t>
      </w:r>
    </w:p>
    <w:p>
      <w:pPr>
        <w:spacing w:before="0" w:after="0"/>
      </w:pPr>
      <w:r>
        <w:rPr>
          <w:rFonts w:ascii="Calibri" w:hAnsi="Calibri"/>
          <w:i/>
          <w:color w:val="777777"/>
          <w:sz w:val="26"/>
        </w:rPr>
        <w:t>[NOM DE L’ŒUVRE]</w:t>
      </w:r>
    </w:p>
    <w:p>
      <w:pPr>
        <w:spacing w:before="0" w:after="0"/>
      </w:pPr>
      <w:r>
        <w:rPr>
          <w:rFonts w:ascii="Calibri" w:hAnsi="Calibri"/>
          <w:i/>
          <w:color w:val="777777"/>
          <w:sz w:val="18"/>
        </w:rPr>
        <w:t>[Statut, adresse, boîte postale]</w:t>
      </w:r>
    </w:p>
    <w:p>
      <w:pPr>
        <w:spacing w:before="0" w:after="0"/>
      </w:pPr>
      <w:r>
        <w:rPr>
          <w:rFonts w:ascii="Calibri" w:hAnsi="Calibri"/>
          <w:i/>
          <w:color w:val="777777"/>
          <w:sz w:val="18"/>
        </w:rPr>
        <w:t>[Téléphone]</w:t>
      </w:r>
      <w:r>
        <w:rPr>
          <w:rFonts w:ascii="Calibri" w:hAnsi="Calibri"/>
          <w:i w:val="0"/>
          <w:color w:val="1A1A1A"/>
          <w:sz w:val="18"/>
        </w:rPr>
        <w:t xml:space="preserve">  ·  </w:t>
      </w:r>
      <w:r>
        <w:rPr>
          <w:rFonts w:ascii="Calibri" w:hAnsi="Calibri"/>
          <w:i/>
          <w:color w:val="777777"/>
          <w:sz w:val="18"/>
        </w:rPr>
        <w:t>[Courriel]</w:t>
      </w:r>
    </w:p>
    <w:p>
      <w:pPr>
        <w:spacing w:before="40" w:after="120"/>
        <w:pBdr>
          <w:bottom w:val="single" w:sz="6" w:space="1" w:color="BBBBBB"/>
        </w:pBdr>
      </w:pPr>
    </w:p>
    <w:p>
      <w:pPr>
        <w:spacing w:before="0" w:after="200"/>
      </w:pPr>
      <w:r>
        <w:rPr>
          <w:rFonts w:ascii="Calibri" w:hAnsi="Calibri"/>
          <w:i w:val="0"/>
          <w:color w:val="1A1A1A"/>
          <w:sz w:val="20"/>
        </w:rPr>
        <w:t xml:space="preserve">N° </w:t>
      </w:r>
      <w:r>
        <w:rPr>
          <w:rFonts w:ascii="Calibri" w:hAnsi="Calibri"/>
          <w:i/>
          <w:color w:val="777777"/>
          <w:sz w:val="20"/>
        </w:rPr>
        <w:t>[numéro]</w:t>
      </w:r>
      <w:r>
        <w:rPr>
          <w:rFonts w:ascii="Calibri" w:hAnsi="Calibri"/>
          <w:i w:val="0"/>
          <w:color w:val="1A1A1A"/>
          <w:sz w:val="20"/>
        </w:rPr>
        <w:t xml:space="preserve"> / </w:t>
      </w:r>
      <w:r>
        <w:rPr>
          <w:rFonts w:ascii="Calibri" w:hAnsi="Calibri"/>
          <w:i/>
          <w:color w:val="777777"/>
          <w:sz w:val="20"/>
        </w:rPr>
        <w:t>[année]</w:t>
      </w:r>
      <w:r>
        <w:rPr>
          <w:rFonts w:ascii="Calibri" w:hAnsi="Calibri"/>
          <w:i w:val="0"/>
          <w:color w:val="1A1A1A"/>
          <w:sz w:val="20"/>
        </w:rPr>
        <w:t xml:space="preserve">        Date : </w:t>
      </w:r>
      <w:r>
        <w:rPr>
          <w:rFonts w:ascii="Calibri" w:hAnsi="Calibri"/>
          <w:i/>
          <w:color w:val="777777"/>
          <w:sz w:val="20"/>
        </w:rPr>
        <w:t>[jour mois année]</w:t>
      </w:r>
    </w:p>
    <w:p>
      <w:pPr>
        <w:spacing w:before="0" w:after="200"/>
        <w:jc w:val="right"/>
      </w:pPr>
      <w:r>
        <w:rPr>
          <w:rFonts w:ascii="Calibri" w:hAnsi="Calibri"/>
          <w:i/>
          <w:color w:val="777777"/>
          <w:sz w:val="20"/>
        </w:rPr>
        <w:t>[Ville]</w:t>
      </w:r>
      <w:r>
        <w:rPr>
          <w:rFonts w:ascii="Calibri" w:hAnsi="Calibri"/>
          <w:i w:val="0"/>
          <w:color w:val="1A1A1A"/>
          <w:sz w:val="20"/>
        </w:rPr>
        <w:t xml:space="preserve">, le </w:t>
      </w:r>
      <w:r>
        <w:rPr>
          <w:rFonts w:ascii="Calibri" w:hAnsi="Calibri"/>
          <w:i/>
          <w:color w:val="777777"/>
          <w:sz w:val="20"/>
        </w:rPr>
        <w:t>[jour mois année]</w:t>
      </w:r>
    </w:p>
    <w:p>
      <w:pPr>
        <w:spacing w:before="0" w:after="0"/>
        <w:jc w:val="right"/>
      </w:pPr>
      <w:r>
        <w:rPr>
          <w:rFonts w:ascii="Calibri" w:hAnsi="Calibri"/>
          <w:i/>
          <w:color w:val="777777"/>
          <w:sz w:val="21"/>
        </w:rPr>
        <w:t>[Nom du convoqué]</w:t>
      </w:r>
    </w:p>
    <w:p>
      <w:pPr>
        <w:spacing w:before="0" w:after="0"/>
        <w:jc w:val="right"/>
      </w:pPr>
      <w:r>
        <w:rPr>
          <w:rFonts w:ascii="Calibri" w:hAnsi="Calibri"/>
          <w:i/>
          <w:color w:val="777777"/>
          <w:sz w:val="21"/>
        </w:rPr>
        <w:t>[Fonction dans l’œuvre]</w:t>
      </w:r>
    </w:p>
    <w:p>
      <w:pPr>
        <w:spacing w:before="0" w:after="0"/>
        <w:jc w:val="right"/>
      </w:pPr>
      <w:r>
        <w:rPr>
          <w:rFonts w:ascii="Calibri" w:hAnsi="Calibri"/>
          <w:i/>
          <w:color w:val="777777"/>
          <w:sz w:val="21"/>
        </w:rPr>
        <w:t>[ou : À tous les membres du …]</w:t>
      </w:r>
    </w:p>
    <w:p>
      <w:pPr>
        <w:spacing w:before="0" w:after="200"/>
      </w:pPr>
    </w:p>
    <w:p>
      <w:pPr>
        <w:spacing w:after="240"/>
      </w:pPr>
      <w:r>
        <w:rPr>
          <w:rFonts w:ascii="Calibri" w:hAnsi="Calibri"/>
          <w:b/>
        </w:rPr>
        <w:t xml:space="preserve">Objet : </w:t>
      </w:r>
      <w:r>
        <w:rPr>
          <w:rFonts w:ascii="Calibri" w:hAnsi="Calibri"/>
        </w:rPr>
        <w:t>Convocation à [assemblée générale / réunion du conseil / réunion de …]</w:t>
      </w:r>
    </w:p>
    <w:p>
      <w:pPr>
        <w:spacing w:before="0" w:after="160"/>
        <w:jc w:val="both"/>
      </w:pPr>
      <w:r>
        <w:rPr>
          <w:rFonts w:ascii="Calibri" w:hAnsi="Calibri"/>
          <w:i w:val="0"/>
          <w:color w:val="1A1A1A"/>
          <w:sz w:val="22"/>
        </w:rPr>
        <w:t xml:space="preserve">Cher frère / Chère sœur </w:t>
      </w:r>
      <w:r>
        <w:rPr>
          <w:rFonts w:ascii="Calibri" w:hAnsi="Calibri"/>
          <w:i/>
          <w:color w:val="777777"/>
          <w:sz w:val="22"/>
        </w:rPr>
        <w:t>[nom]</w:t>
      </w:r>
      <w:r>
        <w:rPr>
          <w:rFonts w:ascii="Calibri" w:hAnsi="Calibri"/>
          <w:i w:val="0"/>
          <w:color w:val="1A1A1A"/>
          <w:sz w:val="22"/>
        </w:rPr>
        <w:t>,</w:t>
      </w:r>
    </w:p>
    <w:p>
      <w:pPr>
        <w:spacing w:before="0" w:after="160"/>
        <w:jc w:val="both"/>
      </w:pPr>
      <w:r>
        <w:rPr>
          <w:rFonts w:ascii="Calibri" w:hAnsi="Calibri"/>
          <w:i w:val="0"/>
          <w:color w:val="1A1A1A"/>
          <w:sz w:val="22"/>
        </w:rPr>
        <w:t xml:space="preserve">Vous êtes convoqué à </w:t>
      </w:r>
      <w:r>
        <w:rPr>
          <w:rFonts w:ascii="Calibri" w:hAnsi="Calibri"/>
          <w:i/>
          <w:color w:val="777777"/>
          <w:sz w:val="22"/>
        </w:rPr>
        <w:t>[nom de la réunion]</w:t>
      </w:r>
      <w:r>
        <w:rPr>
          <w:rFonts w:ascii="Calibri" w:hAnsi="Calibri"/>
          <w:i w:val="0"/>
          <w:color w:val="1A1A1A"/>
          <w:sz w:val="22"/>
        </w:rPr>
        <w:t xml:space="preserve"> qui se tiendra :</w:t>
      </w:r>
    </w:p>
    <w:p>
      <w:pPr>
        <w:spacing w:before="0" w:after="160"/>
        <w:jc w:val="both"/>
      </w:pPr>
      <w:r>
        <w:rPr>
          <w:rFonts w:ascii="Calibri" w:hAnsi="Calibri"/>
          <w:i w:val="0"/>
          <w:color w:val="1A1A1A"/>
          <w:sz w:val="22"/>
        </w:rPr>
        <w:t xml:space="preserve">le </w:t>
      </w:r>
      <w:r>
        <w:rPr>
          <w:rFonts w:ascii="Calibri" w:hAnsi="Calibri"/>
          <w:i/>
          <w:color w:val="777777"/>
          <w:sz w:val="22"/>
        </w:rPr>
        <w:t>[jour et date]</w:t>
      </w:r>
      <w:r>
        <w:rPr>
          <w:rFonts w:ascii="Calibri" w:hAnsi="Calibri"/>
          <w:i w:val="0"/>
          <w:color w:val="1A1A1A"/>
          <w:sz w:val="22"/>
        </w:rPr>
        <w:t xml:space="preserve">, de </w:t>
      </w:r>
      <w:r>
        <w:rPr>
          <w:rFonts w:ascii="Calibri" w:hAnsi="Calibri"/>
          <w:i/>
          <w:color w:val="777777"/>
          <w:sz w:val="22"/>
        </w:rPr>
        <w:t>[heure de début]</w:t>
      </w:r>
      <w:r>
        <w:rPr>
          <w:rFonts w:ascii="Calibri" w:hAnsi="Calibri"/>
          <w:i w:val="0"/>
          <w:color w:val="1A1A1A"/>
          <w:sz w:val="22"/>
        </w:rPr>
        <w:t xml:space="preserve"> à </w:t>
      </w:r>
      <w:r>
        <w:rPr>
          <w:rFonts w:ascii="Calibri" w:hAnsi="Calibri"/>
          <w:i/>
          <w:color w:val="777777"/>
          <w:sz w:val="22"/>
        </w:rPr>
        <w:t>[heure de fin prévue]</w:t>
      </w:r>
      <w:r>
        <w:rPr>
          <w:rFonts w:ascii="Calibri" w:hAnsi="Calibri"/>
          <w:i w:val="0"/>
          <w:color w:val="1A1A1A"/>
          <w:sz w:val="22"/>
        </w:rPr>
        <w:t xml:space="preserve">, à </w:t>
      </w:r>
      <w:r>
        <w:rPr>
          <w:rFonts w:ascii="Calibri" w:hAnsi="Calibri"/>
          <w:i/>
          <w:color w:val="777777"/>
          <w:sz w:val="22"/>
        </w:rPr>
        <w:t>[lieu précis]</w:t>
      </w:r>
      <w:r>
        <w:rPr>
          <w:rFonts w:ascii="Calibri" w:hAnsi="Calibri"/>
          <w:i w:val="0"/>
          <w:color w:val="1A1A1A"/>
          <w:sz w:val="22"/>
        </w:rPr>
        <w:t>.</w:t>
      </w:r>
    </w:p>
    <w:p>
      <w:pPr>
        <w:spacing w:before="0" w:after="160"/>
        <w:jc w:val="both"/>
      </w:pPr>
      <w:r>
        <w:rPr>
          <w:rFonts w:ascii="Calibri" w:hAnsi="Calibri"/>
          <w:i w:val="0"/>
          <w:color w:val="1A1A1A"/>
          <w:sz w:val="22"/>
        </w:rPr>
        <w:t xml:space="preserve">Ordre du jour : 1. </w:t>
      </w:r>
      <w:r>
        <w:rPr>
          <w:rFonts w:ascii="Calibri" w:hAnsi="Calibri"/>
          <w:i/>
          <w:color w:val="777777"/>
          <w:sz w:val="22"/>
        </w:rPr>
        <w:t>[premier point]</w:t>
      </w:r>
      <w:r>
        <w:rPr>
          <w:rFonts w:ascii="Calibri" w:hAnsi="Calibri"/>
          <w:i w:val="0"/>
          <w:color w:val="1A1A1A"/>
          <w:sz w:val="22"/>
        </w:rPr>
        <w:t xml:space="preserve"> ; 2. </w:t>
      </w:r>
      <w:r>
        <w:rPr>
          <w:rFonts w:ascii="Calibri" w:hAnsi="Calibri"/>
          <w:i/>
          <w:color w:val="777777"/>
          <w:sz w:val="22"/>
        </w:rPr>
        <w:t>[deuxième point]</w:t>
      </w:r>
      <w:r>
        <w:rPr>
          <w:rFonts w:ascii="Calibri" w:hAnsi="Calibri"/>
          <w:i w:val="0"/>
          <w:color w:val="1A1A1A"/>
          <w:sz w:val="22"/>
        </w:rPr>
        <w:t xml:space="preserve"> ; 3. </w:t>
      </w:r>
      <w:r>
        <w:rPr>
          <w:rFonts w:ascii="Calibri" w:hAnsi="Calibri"/>
          <w:i/>
          <w:color w:val="777777"/>
          <w:sz w:val="22"/>
        </w:rPr>
        <w:t>[troisième point]</w:t>
      </w:r>
      <w:r>
        <w:rPr>
          <w:rFonts w:ascii="Calibri" w:hAnsi="Calibri"/>
          <w:i w:val="0"/>
          <w:color w:val="1A1A1A"/>
          <w:sz w:val="22"/>
        </w:rPr>
        <w:t xml:space="preserve"> ; 4. divers. Aucun point ajouté en séance ne donnera lieu à décision.</w:t>
      </w:r>
    </w:p>
    <w:p>
      <w:pPr>
        <w:spacing w:before="0" w:after="160"/>
        <w:jc w:val="both"/>
      </w:pPr>
      <w:r>
        <w:rPr>
          <w:rFonts w:ascii="Calibri" w:hAnsi="Calibri"/>
          <w:i w:val="0"/>
          <w:color w:val="1A1A1A"/>
          <w:sz w:val="22"/>
        </w:rPr>
        <w:t xml:space="preserve">À apporter : </w:t>
      </w:r>
      <w:r>
        <w:rPr>
          <w:rFonts w:ascii="Calibri" w:hAnsi="Calibri"/>
          <w:i/>
          <w:color w:val="777777"/>
          <w:sz w:val="22"/>
        </w:rPr>
        <w:t>[documents, rapports, cotisations, cahier de suivi]</w:t>
      </w:r>
      <w:r>
        <w:rPr>
          <w:rFonts w:ascii="Calibri" w:hAnsi="Calibri"/>
          <w:i w:val="0"/>
          <w:color w:val="1A1A1A"/>
          <w:sz w:val="22"/>
        </w:rPr>
        <w:t xml:space="preserve">. Si vous êtes empêché, prévenez </w:t>
      </w:r>
      <w:r>
        <w:rPr>
          <w:rFonts w:ascii="Calibri" w:hAnsi="Calibri"/>
          <w:i/>
          <w:color w:val="777777"/>
          <w:sz w:val="22"/>
        </w:rPr>
        <w:t>[nom]</w:t>
      </w:r>
      <w:r>
        <w:rPr>
          <w:rFonts w:ascii="Calibri" w:hAnsi="Calibri"/>
          <w:i w:val="0"/>
          <w:color w:val="1A1A1A"/>
          <w:sz w:val="22"/>
        </w:rPr>
        <w:t xml:space="preserve"> au </w:t>
      </w:r>
      <w:r>
        <w:rPr>
          <w:rFonts w:ascii="Calibri" w:hAnsi="Calibri"/>
          <w:i/>
          <w:color w:val="777777"/>
          <w:sz w:val="22"/>
        </w:rPr>
        <w:t>[téléphone]</w:t>
      </w:r>
      <w:r>
        <w:rPr>
          <w:rFonts w:ascii="Calibri" w:hAnsi="Calibri"/>
          <w:i w:val="0"/>
          <w:color w:val="1A1A1A"/>
          <w:sz w:val="22"/>
        </w:rPr>
        <w:t xml:space="preserve"> avant le </w:t>
      </w:r>
      <w:r>
        <w:rPr>
          <w:rFonts w:ascii="Calibri" w:hAnsi="Calibri"/>
          <w:i/>
          <w:color w:val="777777"/>
          <w:sz w:val="22"/>
        </w:rPr>
        <w:t>[date]</w:t>
      </w:r>
      <w:r>
        <w:rPr>
          <w:rFonts w:ascii="Calibri" w:hAnsi="Calibri"/>
          <w:i w:val="0"/>
          <w:color w:val="1A1A1A"/>
          <w:sz w:val="22"/>
        </w:rPr>
        <w:t>, et faites-vous représenter si les statuts le permettent.</w:t>
      </w:r>
    </w:p>
    <w:p>
      <w:pPr>
        <w:spacing w:before="120" w:after="360"/>
        <w:jc w:val="both"/>
      </w:pPr>
      <w:r>
        <w:rPr>
          <w:rFonts w:ascii="Calibri" w:hAnsi="Calibri"/>
          <w:b w:val="0"/>
          <w:i w:val="0"/>
          <w:color w:val="1A1A1A"/>
          <w:sz w:val="22"/>
        </w:rPr>
        <w:t>Comptant sur votre présence, recevez nos salutations fraternelles.</w:t>
      </w:r>
    </w:p>
    <w:p>
      <w:pPr>
        <w:spacing w:before="0" w:after="0"/>
        <w:jc w:val="right"/>
      </w:pPr>
      <w:r>
        <w:rPr>
          <w:rFonts w:ascii="Calibri" w:hAnsi="Calibri"/>
          <w:i/>
          <w:color w:val="777777"/>
          <w:sz w:val="21"/>
        </w:rPr>
        <w:t>[Nom et prénom]</w:t>
      </w:r>
    </w:p>
    <w:p>
      <w:pPr>
        <w:spacing w:before="0" w:after="0"/>
        <w:jc w:val="right"/>
      </w:pPr>
      <w:r>
        <w:rPr>
          <w:rFonts w:ascii="Calibri" w:hAnsi="Calibri"/>
          <w:i/>
          <w:color w:val="777777"/>
          <w:sz w:val="21"/>
        </w:rPr>
        <w:t>[Fonction dans l’œuvre]</w:t>
      </w:r>
    </w:p>
    <w:p>
      <w:pPr>
        <w:spacing w:before="280" w:after="120"/>
        <w:jc w:val="right"/>
      </w:pPr>
      <w:r>
        <w:rPr>
          <w:rFonts w:ascii="Calibri" w:hAnsi="Calibri"/>
          <w:b w:val="0"/>
          <w:i/>
          <w:color w:val="777777"/>
          <w:sz w:val="18"/>
        </w:rPr>
        <w:t>(signature et cachet)</w:t>
      </w:r>
    </w:p>
    <w:p>
      <w:pPr>
        <w:spacing w:before="0" w:after="120"/>
      </w:pPr>
    </w:p>
    <w:p>
      <w:pPr>
        <w:spacing w:before="40" w:after="120"/>
        <w:pBdr>
          <w:bottom w:val="single" w:sz="6" w:space="1" w:color="BBBBBB"/>
        </w:pBdr>
      </w:pPr>
    </w:p>
    <w:p>
      <w:pPr>
        <w:spacing w:before="0" w:after="0"/>
      </w:pPr>
      <w:r>
        <w:rPr>
          <w:rFonts w:ascii="Calibri" w:hAnsi="Calibri"/>
          <w:b w:val="0"/>
          <w:i/>
          <w:color w:val="777777"/>
          <w:sz w:val="17"/>
        </w:rPr>
        <w:t>Modèle offert par le Centre Alèthéia, support documentaire ecclésiastique. Vous pouvez le modifier, l’imprimer et le donner à une autre œuvre.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A1A1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